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9629" w:type="dxa"/>
        <w:tblLook w:val="04A0" w:firstRow="1" w:lastRow="0" w:firstColumn="1" w:lastColumn="0" w:noHBand="0" w:noVBand="1"/>
      </w:tblPr>
      <w:tblGrid>
        <w:gridCol w:w="2972"/>
        <w:gridCol w:w="2835"/>
        <w:gridCol w:w="3822"/>
      </w:tblGrid>
      <w:tr w:rsidR="00343D8E" w14:paraId="7FBF5B93" w14:textId="77777777" w:rsidTr="009D1403">
        <w:tc>
          <w:tcPr>
            <w:tcW w:w="2972" w:type="dxa"/>
            <w:shd w:val="clear" w:color="auto" w:fill="F5F7FA"/>
            <w:vAlign w:val="center"/>
          </w:tcPr>
          <w:p w14:paraId="78D33544" w14:textId="689F97E1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Adı -</w:t>
            </w:r>
            <w:proofErr w:type="gramEnd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Soyadı</w:t>
            </w:r>
          </w:p>
        </w:tc>
        <w:tc>
          <w:tcPr>
            <w:tcW w:w="6657" w:type="dxa"/>
            <w:gridSpan w:val="2"/>
            <w:vAlign w:val="center"/>
          </w:tcPr>
          <w:p w14:paraId="11583393" w14:textId="77777777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3D8E" w14:paraId="15F3791C" w14:textId="77777777" w:rsidTr="009D1403">
        <w:tc>
          <w:tcPr>
            <w:tcW w:w="2972" w:type="dxa"/>
            <w:shd w:val="clear" w:color="auto" w:fill="F5F7FA"/>
            <w:vAlign w:val="center"/>
          </w:tcPr>
          <w:p w14:paraId="372B0BA3" w14:textId="4D928CB9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Numarası</w:t>
            </w:r>
          </w:p>
        </w:tc>
        <w:tc>
          <w:tcPr>
            <w:tcW w:w="2835" w:type="dxa"/>
            <w:vAlign w:val="center"/>
          </w:tcPr>
          <w:p w14:paraId="5FE11ACD" w14:textId="77777777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2" w:type="dxa"/>
            <w:vAlign w:val="center"/>
          </w:tcPr>
          <w:p w14:paraId="58CEF0A9" w14:textId="24E0D1E6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3D8E" w14:paraId="0C33F1EA" w14:textId="77777777" w:rsidTr="009D1403">
        <w:tc>
          <w:tcPr>
            <w:tcW w:w="2972" w:type="dxa"/>
            <w:shd w:val="clear" w:color="auto" w:fill="F5F7FA"/>
            <w:vAlign w:val="center"/>
          </w:tcPr>
          <w:p w14:paraId="4C7BBF5A" w14:textId="0A2D63F6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E-Posta Adresi / Telefon</w:t>
            </w:r>
          </w:p>
        </w:tc>
        <w:tc>
          <w:tcPr>
            <w:tcW w:w="2835" w:type="dxa"/>
            <w:vAlign w:val="center"/>
          </w:tcPr>
          <w:p w14:paraId="424A33AA" w14:textId="77777777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2" w:type="dxa"/>
            <w:vAlign w:val="center"/>
          </w:tcPr>
          <w:p w14:paraId="42AD44C4" w14:textId="0833B242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245C3" w14:paraId="74F33870" w14:textId="77777777" w:rsidTr="009D1403">
        <w:tc>
          <w:tcPr>
            <w:tcW w:w="2972" w:type="dxa"/>
            <w:shd w:val="clear" w:color="auto" w:fill="F5F7FA"/>
            <w:vAlign w:val="center"/>
          </w:tcPr>
          <w:p w14:paraId="64293A38" w14:textId="5D4CA2D4" w:rsidR="008245C3" w:rsidRPr="003A4707" w:rsidRDefault="008245C3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Enstitü / Fakülte / MYO</w:t>
            </w:r>
          </w:p>
        </w:tc>
        <w:tc>
          <w:tcPr>
            <w:tcW w:w="6657" w:type="dxa"/>
            <w:gridSpan w:val="2"/>
            <w:vAlign w:val="center"/>
          </w:tcPr>
          <w:p w14:paraId="1CAB5BF3" w14:textId="77777777" w:rsidR="008245C3" w:rsidRDefault="008245C3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3D8E" w14:paraId="0416A27E" w14:textId="77777777" w:rsidTr="009D1403">
        <w:tc>
          <w:tcPr>
            <w:tcW w:w="2972" w:type="dxa"/>
            <w:shd w:val="clear" w:color="auto" w:fill="F5F7FA"/>
            <w:vAlign w:val="center"/>
          </w:tcPr>
          <w:p w14:paraId="49518F88" w14:textId="0A60842D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Bölümü / Programı</w:t>
            </w:r>
          </w:p>
        </w:tc>
        <w:tc>
          <w:tcPr>
            <w:tcW w:w="6657" w:type="dxa"/>
            <w:gridSpan w:val="2"/>
            <w:vAlign w:val="center"/>
          </w:tcPr>
          <w:p w14:paraId="22D9441C" w14:textId="77777777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3D8E" w14:paraId="03A6E3D9" w14:textId="77777777" w:rsidTr="009D1403">
        <w:tc>
          <w:tcPr>
            <w:tcW w:w="2972" w:type="dxa"/>
            <w:shd w:val="clear" w:color="auto" w:fill="F5F7FA"/>
            <w:vAlign w:val="center"/>
          </w:tcPr>
          <w:p w14:paraId="5F55C3BC" w14:textId="33BB617B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Sınıfı</w:t>
            </w:r>
          </w:p>
        </w:tc>
        <w:tc>
          <w:tcPr>
            <w:tcW w:w="6657" w:type="dxa"/>
            <w:gridSpan w:val="2"/>
            <w:vAlign w:val="center"/>
          </w:tcPr>
          <w:p w14:paraId="70518D4E" w14:textId="77777777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3D8E" w14:paraId="2FCF2DE4" w14:textId="77777777" w:rsidTr="009D1403">
        <w:tc>
          <w:tcPr>
            <w:tcW w:w="2972" w:type="dxa"/>
            <w:shd w:val="clear" w:color="auto" w:fill="F5F7FA"/>
            <w:vAlign w:val="center"/>
          </w:tcPr>
          <w:p w14:paraId="66EDFD22" w14:textId="699D48E2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657" w:type="dxa"/>
            <w:gridSpan w:val="2"/>
            <w:vAlign w:val="center"/>
          </w:tcPr>
          <w:p w14:paraId="20747C3F" w14:textId="49F83ED9" w:rsidR="00343D8E" w:rsidRDefault="00343D8E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KA131</w:t>
            </w:r>
          </w:p>
        </w:tc>
      </w:tr>
      <w:tr w:rsidR="00182AC4" w14:paraId="6ED27EB9" w14:textId="77777777" w:rsidTr="001F07AE">
        <w:tc>
          <w:tcPr>
            <w:tcW w:w="2972" w:type="dxa"/>
            <w:shd w:val="clear" w:color="auto" w:fill="F5F7FA"/>
            <w:vAlign w:val="center"/>
          </w:tcPr>
          <w:p w14:paraId="678D7A65" w14:textId="000E3E9E" w:rsidR="00182AC4" w:rsidRDefault="00182AC4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Staj Tarihleri</w:t>
            </w:r>
          </w:p>
        </w:tc>
        <w:tc>
          <w:tcPr>
            <w:tcW w:w="6657" w:type="dxa"/>
            <w:gridSpan w:val="2"/>
            <w:vAlign w:val="center"/>
          </w:tcPr>
          <w:p w14:paraId="05858881" w14:textId="31CD6106" w:rsidR="00182AC4" w:rsidRDefault="00182AC4" w:rsidP="00343D8E">
            <w:pPr>
              <w:tabs>
                <w:tab w:val="left" w:pos="1464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322246ED" w14:textId="77777777" w:rsidR="00343D8E" w:rsidRDefault="00343D8E" w:rsidP="0021729E">
      <w:pPr>
        <w:tabs>
          <w:tab w:val="left" w:pos="1464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91136EA" w14:textId="77777777" w:rsidR="00182AC4" w:rsidRPr="00182AC4" w:rsidRDefault="00182AC4" w:rsidP="00182AC4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Aşağıda belirtilen hususlar hakkında tarafıma bilgilendirme yapıldığını, ilgili belgeleri okuduğumu ve süreçte üzerime düşen yükümlülükleri yerine getireceğimi kabul ve taahhüt ederim:</w:t>
      </w:r>
    </w:p>
    <w:p w14:paraId="4474804E" w14:textId="5380FF4B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Hakkâri Üniversitesi Erasmus+ internet sitesinde yayımlanan </w:t>
      </w:r>
      <w:r w:rsidRPr="00182AC4">
        <w:rPr>
          <w:rFonts w:ascii="Times New Roman" w:hAnsi="Times New Roman" w:cs="Times New Roman"/>
          <w:b/>
          <w:bCs/>
          <w:sz w:val="24"/>
          <w:szCs w:val="24"/>
        </w:rPr>
        <w:t>Erasmus+ Öğrenci Staj Hareketliliği Süreç Kılavuzu</w:t>
      </w:r>
      <w:r>
        <w:rPr>
          <w:rFonts w:ascii="Times New Roman" w:hAnsi="Times New Roman" w:cs="Times New Roman"/>
          <w:b/>
          <w:bCs/>
          <w:sz w:val="24"/>
          <w:szCs w:val="24"/>
        </w:rPr>
        <w:t>nu</w:t>
      </w:r>
      <w:r w:rsidRPr="00182AC4">
        <w:rPr>
          <w:rFonts w:ascii="Times New Roman" w:hAnsi="Times New Roman" w:cs="Times New Roman"/>
          <w:sz w:val="24"/>
          <w:szCs w:val="24"/>
        </w:rPr>
        <w:t xml:space="preserve"> okuduğumu ve staj hareketliliği öncesi, sırası ve sonrası işleyiş hakkında bilgi sahibi olduğumu, </w:t>
      </w:r>
    </w:p>
    <w:p w14:paraId="446B0D3F" w14:textId="77777777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Staj yapmayı planladığım kurum/kuruluş hakkında internet sayfası, iletişim kanalları veya diğer kaynaklar üzerinden bilgi edinmem gerektiğini bildiğimi, </w:t>
      </w:r>
    </w:p>
    <w:p w14:paraId="59E80CB7" w14:textId="756ED8AE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Staj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yapılacak kurum/kuruluş ile görev alanı, faaliyet konusu, çalışma dili ve staj süresine ilişkin bilgileri dikkatle incelemem gerektiğini bildiğimi, </w:t>
      </w:r>
    </w:p>
    <w:p w14:paraId="363CB8B9" w14:textId="77777777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Learning </w:t>
      </w:r>
      <w:proofErr w:type="spellStart"/>
      <w:r w:rsidRPr="00182AC4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Pr="00182A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2AC4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82A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2AC4">
        <w:rPr>
          <w:rFonts w:ascii="Times New Roman" w:hAnsi="Times New Roman" w:cs="Times New Roman"/>
          <w:sz w:val="24"/>
          <w:szCs w:val="24"/>
        </w:rPr>
        <w:t>Traineeships</w:t>
      </w:r>
      <w:proofErr w:type="spellEnd"/>
      <w:r w:rsidRPr="00182AC4">
        <w:rPr>
          <w:rFonts w:ascii="Times New Roman" w:hAnsi="Times New Roman" w:cs="Times New Roman"/>
          <w:sz w:val="24"/>
          <w:szCs w:val="24"/>
        </w:rPr>
        <w:t xml:space="preserve"> belgesini Erasmus+ Bölüm Koordinatörüm ve gerekli durumlarda ilgili akademik birim ile birlikte hazırlamam gerektiğini bildiğimi, </w:t>
      </w:r>
    </w:p>
    <w:p w14:paraId="52876ECB" w14:textId="7691D3F9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Staj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hareketliliği kapsamında gerçekleştirilecek faaliyetin konusu, içeriği, süresi ve varsa AKTS karşılığının ilgili akademik birim tarafından uygun görülmesi gerektiğini bildiğimi, </w:t>
      </w:r>
    </w:p>
    <w:p w14:paraId="30B23691" w14:textId="21EF0797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Zorunlu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staj kapsamında değerlendirilmesi planlanan faaliyetlerde, </w:t>
      </w:r>
      <w:r w:rsidR="00182AC4" w:rsidRPr="00182AC4">
        <w:rPr>
          <w:rFonts w:ascii="Times New Roman" w:hAnsi="Times New Roman" w:cs="Times New Roman"/>
          <w:b/>
          <w:bCs/>
          <w:sz w:val="24"/>
          <w:szCs w:val="24"/>
        </w:rPr>
        <w:t>Ön İntibak Talep Dilekçesi ekinde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Learning </w:t>
      </w:r>
      <w:proofErr w:type="spellStart"/>
      <w:r w:rsidR="00182AC4" w:rsidRPr="00182AC4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="00182AC4" w:rsidRPr="00182A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2AC4" w:rsidRPr="00182AC4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182AC4" w:rsidRPr="00182A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2AC4" w:rsidRPr="00182AC4">
        <w:rPr>
          <w:rFonts w:ascii="Times New Roman" w:hAnsi="Times New Roman" w:cs="Times New Roman"/>
          <w:sz w:val="24"/>
          <w:szCs w:val="24"/>
        </w:rPr>
        <w:t>Traineeships</w:t>
      </w:r>
      <w:proofErr w:type="spellEnd"/>
      <w:r w:rsidR="00182AC4" w:rsidRPr="00182AC4">
        <w:rPr>
          <w:rFonts w:ascii="Times New Roman" w:hAnsi="Times New Roman" w:cs="Times New Roman"/>
          <w:sz w:val="24"/>
          <w:szCs w:val="24"/>
        </w:rPr>
        <w:t xml:space="preserve">, Staj İntibak A Tablosu ve gerekli diğer belgeleri ilgili akademik birime sunmam gerektiğini bildiğimi, </w:t>
      </w:r>
    </w:p>
    <w:p w14:paraId="3FE423D4" w14:textId="0DF91221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İlgili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akademik birim tarafından yürütülen staj intibakı ve yönetim kurulu kararı süreçlerini takip etmem gerektiğini bildiğimi, </w:t>
      </w:r>
    </w:p>
    <w:p w14:paraId="2E3F5CF9" w14:textId="57352188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Staj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hareketliliği sürecinde kurum, konu, faaliyet planı, süre veya diğer esaslı unsurlarda değişiklik olması halinde gerekli belgeleri güncellemem ve ilgili süreci yeniden başlatmam gerektiğini bildiğimi, </w:t>
      </w:r>
    </w:p>
    <w:p w14:paraId="4FDE97F2" w14:textId="37DEA4F6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Staj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hareketliliği sürecinde yurt dışında bulunmam nedeniyle gerekli belgeleri elektronik ortamda Erasmus+ Bölüm Koordinatörüne iletmem gerektiğini, bölüm koordinatörünün diğer akademik onay ve kurul süreçlerini takip edeceğini bildiğimi, </w:t>
      </w:r>
    </w:p>
    <w:p w14:paraId="2977F070" w14:textId="7678DEB1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Staj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yapılacak kuruma vardıktan sonra </w:t>
      </w:r>
      <w:r w:rsidR="00182AC4" w:rsidRPr="00182AC4">
        <w:rPr>
          <w:rFonts w:ascii="Times New Roman" w:hAnsi="Times New Roman" w:cs="Times New Roman"/>
          <w:b/>
          <w:bCs/>
          <w:sz w:val="24"/>
          <w:szCs w:val="24"/>
        </w:rPr>
        <w:t>Varış Teyit Belgesini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süresi içinde temin ederek Erasmus+ Kurum Koordinatörlüğüne iletmem gerektiğini bildiğimi, </w:t>
      </w:r>
    </w:p>
    <w:p w14:paraId="794FC423" w14:textId="79778CB0" w:rsidR="00182AC4" w:rsidRPr="00182AC4" w:rsidRDefault="008245C3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>Ders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 seçimi ve intibak süreci tamamlanıp gerekli onaylar alındıktan sonra, kalacağım süreyi kapsayacak şekilde sağlık </w:t>
      </w:r>
      <w:r w:rsidR="00DE3EF0">
        <w:rPr>
          <w:rFonts w:ascii="Times New Roman" w:hAnsi="Times New Roman" w:cs="Times New Roman"/>
          <w:sz w:val="24"/>
          <w:szCs w:val="24"/>
        </w:rPr>
        <w:t xml:space="preserve">ve kaza </w:t>
      </w:r>
      <w:r w:rsidR="00182AC4" w:rsidRPr="00182AC4">
        <w:rPr>
          <w:rFonts w:ascii="Times New Roman" w:hAnsi="Times New Roman" w:cs="Times New Roman"/>
          <w:sz w:val="24"/>
          <w:szCs w:val="24"/>
        </w:rPr>
        <w:t xml:space="preserve">sigortası yaptırmam, vize işlemlerini yürütmem, vize </w:t>
      </w:r>
      <w:proofErr w:type="gramStart"/>
      <w:r w:rsidR="00182AC4" w:rsidRPr="00182AC4">
        <w:rPr>
          <w:rFonts w:ascii="Times New Roman" w:hAnsi="Times New Roman" w:cs="Times New Roman"/>
          <w:sz w:val="24"/>
          <w:szCs w:val="24"/>
        </w:rPr>
        <w:lastRenderedPageBreak/>
        <w:t>alındıktan</w:t>
      </w:r>
      <w:proofErr w:type="gramEnd"/>
      <w:r w:rsidR="00182AC4" w:rsidRPr="00182AC4">
        <w:rPr>
          <w:rFonts w:ascii="Times New Roman" w:hAnsi="Times New Roman" w:cs="Times New Roman"/>
          <w:sz w:val="24"/>
          <w:szCs w:val="24"/>
        </w:rPr>
        <w:t xml:space="preserve"> sonra pasaportumun ilgili sayfalarını Erasmus+ Kurum Koordinatörlüğüne teslim etmem ve hibe sözleşmesinin imzalanması için ofise başvurmam gerektiğini bildiğimi, </w:t>
      </w:r>
    </w:p>
    <w:p w14:paraId="04246F8D" w14:textId="77777777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Halk Bankasında vadesiz Avro hesabı açtırmam ve IBAN ile hesap bilgilerimi gösteren belgeyi Erasmus+ Kurum Koordinatörlüğüne teslim etmem gerektiğini bildiğimi, </w:t>
      </w:r>
    </w:p>
    <w:p w14:paraId="04D81904" w14:textId="156F1C87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Staj hareketliliği sonunda </w:t>
      </w:r>
      <w:r w:rsidRPr="00182AC4">
        <w:rPr>
          <w:rFonts w:ascii="Times New Roman" w:hAnsi="Times New Roman" w:cs="Times New Roman"/>
          <w:b/>
          <w:bCs/>
          <w:sz w:val="24"/>
          <w:szCs w:val="24"/>
        </w:rPr>
        <w:t>Nihai İntibak Talep Dilekçesi ekinde</w:t>
      </w:r>
      <w:r w:rsidRPr="00182AC4">
        <w:rPr>
          <w:rFonts w:ascii="Times New Roman" w:hAnsi="Times New Roman" w:cs="Times New Roman"/>
          <w:sz w:val="24"/>
          <w:szCs w:val="24"/>
        </w:rPr>
        <w:t xml:space="preserve"> Staj İntibak B Tablosu, katılım belgesi, staj sertifikası, varsa başarı/değerlendirme belgesi ve gerekli diğer belgeleri ilgili akademik birime sunmam gerektiğini bildiğimi, </w:t>
      </w:r>
    </w:p>
    <w:p w14:paraId="7144690B" w14:textId="19D86C0B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Faaliyet sona erdikten sonra teslim etmem gereken belgeler hakkında bilgilendirildiğimi; bunların faaliyet tarihlerini gösteren onaylı belge, katılım belgesi, staj sertifikası, varsa değerlendirme belgesi, öğrenci anketi, özel durumlara ilişkin kanıtlayıcı belgeler, pasaport giriş-çıkış sayfaları ve yurda giriş-çıkış belgesini kapsayabileceğini bildiğimi, </w:t>
      </w:r>
    </w:p>
    <w:p w14:paraId="687ECCD8" w14:textId="37791187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Yönetim kurulu kararı alındıktan sonra süreci takip etmem, gerekli belgelerin ilgili akademik birim ve Erasmus+ Kurum Koordinatörlüğüne ulaştırılmasını izlemem gerektiğini bildiğimi, </w:t>
      </w:r>
    </w:p>
    <w:p w14:paraId="6385726D" w14:textId="77777777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Learning </w:t>
      </w:r>
      <w:proofErr w:type="spellStart"/>
      <w:r w:rsidRPr="00182AC4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Pr="00182A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2AC4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82A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2AC4">
        <w:rPr>
          <w:rFonts w:ascii="Times New Roman" w:hAnsi="Times New Roman" w:cs="Times New Roman"/>
          <w:sz w:val="24"/>
          <w:szCs w:val="24"/>
        </w:rPr>
        <w:t>Traineeships</w:t>
      </w:r>
      <w:proofErr w:type="spellEnd"/>
      <w:r w:rsidRPr="00182AC4">
        <w:rPr>
          <w:rFonts w:ascii="Times New Roman" w:hAnsi="Times New Roman" w:cs="Times New Roman"/>
          <w:sz w:val="24"/>
          <w:szCs w:val="24"/>
        </w:rPr>
        <w:t xml:space="preserve">, staj intibak tabloları, varsa güncellenmiş belgeler, staj sertifikası ve diğer resmi belgelerde yer alan kurum adı, faaliyet konusu, süre ve varsa AKTS bilgilerinin birbiriyle uyumlu olması gerektiğini bildiğimi, </w:t>
      </w:r>
    </w:p>
    <w:p w14:paraId="1183B863" w14:textId="7A6233D4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Hareketlilik süreci boyunca gerekli formları, anketleri ve varsa diğer yükümlülükleri süresi içinde yerine getirmem gerektiğini bildiğimi, </w:t>
      </w:r>
    </w:p>
    <w:p w14:paraId="054559F4" w14:textId="401077DB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Hareketlilik döneminin sonunda üniversiteme gerekli belgeleri teslim etmek zorunda olduğumu; aksi takdirde </w:t>
      </w:r>
      <w:r w:rsidRPr="00182AC4">
        <w:rPr>
          <w:rFonts w:ascii="Times New Roman" w:hAnsi="Times New Roman" w:cs="Times New Roman"/>
          <w:b/>
          <w:bCs/>
          <w:sz w:val="24"/>
          <w:szCs w:val="24"/>
        </w:rPr>
        <w:t>%80 hibemi iade etmem gerektiğini ve %20 hibemin ödenmeyeceğini</w:t>
      </w:r>
      <w:r w:rsidRPr="00182AC4">
        <w:rPr>
          <w:rFonts w:ascii="Times New Roman" w:hAnsi="Times New Roman" w:cs="Times New Roman"/>
          <w:sz w:val="24"/>
          <w:szCs w:val="24"/>
        </w:rPr>
        <w:t xml:space="preserve"> kabul ettiğimi, </w:t>
      </w:r>
    </w:p>
    <w:p w14:paraId="50988AA8" w14:textId="7D346760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Eksik belge sunulması, başarısızlık, devamsızlık, yükümlülüklerin yerine getirilmemesi veya kurallara aykırı işlem tesis edilmesi halinde hibe, hareketlilik ve akademik tanınma bakımından sonuçlar doğabileceği konusunda bilgilendirildiğimi, </w:t>
      </w:r>
    </w:p>
    <w:p w14:paraId="070C1E89" w14:textId="58B72B89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Hareketlilikten feragat etmem veya hareketliliği gerçekleştiremeyecek duruma gelmem halinde, bunu gecikmeksizin ilgili dilekçe ile Erasmus+ Kurum Koordinatörlüğüne ve gerekli durumlarda ilgili akademik birime bildirmem gerektiğini bildiğimi, </w:t>
      </w:r>
    </w:p>
    <w:p w14:paraId="76FC1687" w14:textId="6476389B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Bu formu süresi içinde doldurup imzalamayan öğrencilerin hareketlilik haklarının iptal edilebileceğini ve yerlerine yedek listeden aday yerleştirilebileceğini bildiğimi, </w:t>
      </w:r>
    </w:p>
    <w:p w14:paraId="3FF9320D" w14:textId="45D376FF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Oryantasyon eğitiminde tarafıma yapılan açıklamaları anladığımı, süreçte yer alan belgelerin tarafımdan okunup incelendiğini ve bu süreçte sorumluluğun yalnızca Erasmus+ Kurum Koordinatörlüğüne değil, aynı zamanda tarafıma da ait olduğunu kabul ettiğimi, </w:t>
      </w:r>
    </w:p>
    <w:p w14:paraId="5602040C" w14:textId="00AC0075" w:rsidR="00182AC4" w:rsidRPr="00182AC4" w:rsidRDefault="00182AC4" w:rsidP="00182AC4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82AC4">
        <w:rPr>
          <w:rFonts w:ascii="Times New Roman" w:hAnsi="Times New Roman" w:cs="Times New Roman"/>
          <w:sz w:val="24"/>
          <w:szCs w:val="24"/>
        </w:rPr>
        <w:t xml:space="preserve">İşbu </w:t>
      </w:r>
      <w:r w:rsidRPr="00182AC4">
        <w:rPr>
          <w:rFonts w:ascii="Times New Roman" w:hAnsi="Times New Roman" w:cs="Times New Roman"/>
          <w:b/>
          <w:bCs/>
          <w:sz w:val="24"/>
          <w:szCs w:val="24"/>
        </w:rPr>
        <w:t>Erasmus+ Öğrenci Staj Hareketliliği Bilgilendirme ve Taahhüt Formu</w:t>
      </w:r>
      <w:r>
        <w:rPr>
          <w:rFonts w:ascii="Times New Roman" w:hAnsi="Times New Roman" w:cs="Times New Roman"/>
          <w:b/>
          <w:bCs/>
          <w:sz w:val="24"/>
          <w:szCs w:val="24"/>
        </w:rPr>
        <w:t>nun</w:t>
      </w:r>
      <w:r w:rsidRPr="00182AC4">
        <w:rPr>
          <w:rFonts w:ascii="Times New Roman" w:hAnsi="Times New Roman" w:cs="Times New Roman"/>
          <w:sz w:val="24"/>
          <w:szCs w:val="24"/>
        </w:rPr>
        <w:t xml:space="preserve"> bir nüshasının elden teslim </w:t>
      </w:r>
      <w:r w:rsidR="008245C3">
        <w:rPr>
          <w:rFonts w:ascii="Times New Roman" w:hAnsi="Times New Roman" w:cs="Times New Roman"/>
          <w:sz w:val="24"/>
          <w:szCs w:val="24"/>
        </w:rPr>
        <w:t>aldığımı</w:t>
      </w:r>
      <w:r w:rsidRPr="00182A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622CB5" w14:textId="77777777" w:rsidR="00182AC4" w:rsidRPr="00182AC4" w:rsidRDefault="00182AC4" w:rsidP="00182AC4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2AC4">
        <w:rPr>
          <w:rFonts w:ascii="Times New Roman" w:hAnsi="Times New Roman" w:cs="Times New Roman"/>
          <w:sz w:val="24"/>
          <w:szCs w:val="24"/>
        </w:rPr>
        <w:t>beyan</w:t>
      </w:r>
      <w:proofErr w:type="gramEnd"/>
      <w:r w:rsidRPr="00182AC4">
        <w:rPr>
          <w:rFonts w:ascii="Times New Roman" w:hAnsi="Times New Roman" w:cs="Times New Roman"/>
          <w:sz w:val="24"/>
          <w:szCs w:val="24"/>
        </w:rPr>
        <w:t xml:space="preserve"> ve taahhüt ederim.</w:t>
      </w:r>
    </w:p>
    <w:p w14:paraId="67FD38CB" w14:textId="77777777" w:rsidR="00343D8E" w:rsidRPr="0021729E" w:rsidRDefault="00343D8E" w:rsidP="0021729E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Ind w:w="3114" w:type="dxa"/>
        <w:tblLook w:val="04A0" w:firstRow="1" w:lastRow="0" w:firstColumn="1" w:lastColumn="0" w:noHBand="0" w:noVBand="1"/>
      </w:tblPr>
      <w:tblGrid>
        <w:gridCol w:w="1700"/>
        <w:gridCol w:w="4815"/>
      </w:tblGrid>
      <w:tr w:rsidR="00343D8E" w14:paraId="5598E56F" w14:textId="77777777" w:rsidTr="009D1403">
        <w:tc>
          <w:tcPr>
            <w:tcW w:w="1700" w:type="dxa"/>
            <w:shd w:val="clear" w:color="auto" w:fill="F5F7FA"/>
            <w:vAlign w:val="center"/>
          </w:tcPr>
          <w:p w14:paraId="47765295" w14:textId="1ABAD8BA" w:rsidR="00343D8E" w:rsidRPr="00343D8E" w:rsidRDefault="00343D8E" w:rsidP="00E9748B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D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Tarih</w:t>
            </w:r>
          </w:p>
        </w:tc>
        <w:tc>
          <w:tcPr>
            <w:tcW w:w="4815" w:type="dxa"/>
            <w:vAlign w:val="center"/>
          </w:tcPr>
          <w:p w14:paraId="36C7E21C" w14:textId="77777777" w:rsidR="00343D8E" w:rsidRDefault="00343D8E" w:rsidP="00E9748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B0203" w14:textId="77777777" w:rsidR="009D1403" w:rsidRDefault="009D1403" w:rsidP="00E9748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D8E" w14:paraId="2B7E439D" w14:textId="77777777" w:rsidTr="009D1403">
        <w:tc>
          <w:tcPr>
            <w:tcW w:w="1700" w:type="dxa"/>
            <w:shd w:val="clear" w:color="auto" w:fill="F5F7FA"/>
            <w:vAlign w:val="center"/>
          </w:tcPr>
          <w:p w14:paraId="65A6C3F1" w14:textId="1D74265C" w:rsidR="00343D8E" w:rsidRPr="00343D8E" w:rsidRDefault="00343D8E" w:rsidP="00E9748B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D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İmza</w:t>
            </w:r>
          </w:p>
        </w:tc>
        <w:tc>
          <w:tcPr>
            <w:tcW w:w="4815" w:type="dxa"/>
            <w:vAlign w:val="center"/>
          </w:tcPr>
          <w:p w14:paraId="0F75F8B8" w14:textId="77777777" w:rsidR="00343D8E" w:rsidRDefault="00343D8E" w:rsidP="00E9748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7CE9D" w14:textId="77777777" w:rsidR="009D1403" w:rsidRDefault="009D1403" w:rsidP="00E9748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D8E" w14:paraId="35D09072" w14:textId="77777777" w:rsidTr="009D1403">
        <w:tc>
          <w:tcPr>
            <w:tcW w:w="1700" w:type="dxa"/>
            <w:shd w:val="clear" w:color="auto" w:fill="F5F7FA"/>
            <w:vAlign w:val="center"/>
          </w:tcPr>
          <w:p w14:paraId="25F4AB10" w14:textId="3A921410" w:rsidR="00343D8E" w:rsidRPr="00343D8E" w:rsidRDefault="00343D8E" w:rsidP="00E9748B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43D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Adı -</w:t>
            </w:r>
            <w:proofErr w:type="gramEnd"/>
            <w:r w:rsidRPr="00343D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Soyadı</w:t>
            </w:r>
          </w:p>
        </w:tc>
        <w:tc>
          <w:tcPr>
            <w:tcW w:w="4815" w:type="dxa"/>
            <w:vAlign w:val="center"/>
          </w:tcPr>
          <w:p w14:paraId="28169231" w14:textId="77777777" w:rsidR="00343D8E" w:rsidRDefault="00343D8E" w:rsidP="00E9748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3542A" w14:textId="77777777" w:rsidR="009D1403" w:rsidRDefault="009D1403" w:rsidP="00E9748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539F2C" w14:textId="1F6065A6" w:rsidR="003A4707" w:rsidRPr="00DB7649" w:rsidRDefault="003A4707" w:rsidP="00E9748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sectPr w:rsidR="003A4707" w:rsidRPr="00DB7649" w:rsidSect="00343D8E">
      <w:headerReference w:type="default" r:id="rId8"/>
      <w:footerReference w:type="default" r:id="rId9"/>
      <w:pgSz w:w="11907" w:h="16840" w:code="9"/>
      <w:pgMar w:top="851" w:right="1134" w:bottom="851" w:left="1134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A7174" w14:textId="77777777" w:rsidR="003C1CD7" w:rsidRPr="003A4707" w:rsidRDefault="003C1CD7" w:rsidP="006833D1">
      <w:pPr>
        <w:spacing w:after="0" w:line="240" w:lineRule="auto"/>
      </w:pPr>
      <w:r w:rsidRPr="003A4707">
        <w:separator/>
      </w:r>
    </w:p>
  </w:endnote>
  <w:endnote w:type="continuationSeparator" w:id="0">
    <w:p w14:paraId="3345C893" w14:textId="77777777" w:rsidR="003C1CD7" w:rsidRPr="003A4707" w:rsidRDefault="003C1CD7" w:rsidP="006833D1">
      <w:pPr>
        <w:spacing w:after="0" w:line="240" w:lineRule="auto"/>
      </w:pPr>
      <w:r w:rsidRPr="003A47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31682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4130D0" w14:textId="1AC8944F" w:rsidR="00AD0D19" w:rsidRDefault="00AD0D19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306C70" w14:textId="77777777" w:rsidR="00AD0D19" w:rsidRDefault="00AD0D1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7078E" w14:textId="77777777" w:rsidR="003C1CD7" w:rsidRPr="003A4707" w:rsidRDefault="003C1CD7" w:rsidP="006833D1">
      <w:pPr>
        <w:spacing w:after="0" w:line="240" w:lineRule="auto"/>
      </w:pPr>
      <w:r w:rsidRPr="003A4707">
        <w:separator/>
      </w:r>
    </w:p>
  </w:footnote>
  <w:footnote w:type="continuationSeparator" w:id="0">
    <w:p w14:paraId="3E796C44" w14:textId="77777777" w:rsidR="003C1CD7" w:rsidRPr="003A4707" w:rsidRDefault="003C1CD7" w:rsidP="006833D1">
      <w:pPr>
        <w:spacing w:after="0" w:line="240" w:lineRule="auto"/>
      </w:pPr>
      <w:r w:rsidRPr="003A47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tblLook w:val="04A0" w:firstRow="1" w:lastRow="0" w:firstColumn="1" w:lastColumn="0" w:noHBand="0" w:noVBand="1"/>
    </w:tblPr>
    <w:tblGrid>
      <w:gridCol w:w="1129"/>
      <w:gridCol w:w="8500"/>
    </w:tblGrid>
    <w:tr w:rsidR="00C2167F" w14:paraId="75D7D76D" w14:textId="77777777" w:rsidTr="005A34D6">
      <w:trPr>
        <w:trHeight w:val="1129"/>
        <w:jc w:val="center"/>
      </w:trPr>
      <w:tc>
        <w:tcPr>
          <w:tcW w:w="586" w:type="pct"/>
          <w:shd w:val="clear" w:color="auto" w:fill="F5F7FA"/>
          <w:vAlign w:val="center"/>
        </w:tcPr>
        <w:p w14:paraId="63D0D133" w14:textId="2F9F8088" w:rsidR="00C2167F" w:rsidRDefault="00C2167F" w:rsidP="005A34D6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15129B1B" wp14:editId="03EF9EF4">
                <wp:extent cx="481360" cy="612000"/>
                <wp:effectExtent l="0" t="0" r="0" b="0"/>
                <wp:docPr id="183226682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pct"/>
          <w:shd w:val="clear" w:color="auto" w:fill="F5F7FA"/>
          <w:vAlign w:val="center"/>
        </w:tcPr>
        <w:p w14:paraId="3EA3FC42" w14:textId="77777777" w:rsidR="00494ABA" w:rsidRDefault="00C2167F" w:rsidP="00182AC4">
          <w:pPr>
            <w:pStyle w:val="stBilgi"/>
            <w:jc w:val="center"/>
            <w:rPr>
              <w:b/>
              <w:sz w:val="22"/>
              <w:szCs w:val="24"/>
            </w:rPr>
          </w:pPr>
          <w:r w:rsidRPr="00E9748B">
            <w:rPr>
              <w:b/>
              <w:sz w:val="22"/>
              <w:szCs w:val="24"/>
            </w:rPr>
            <w:t xml:space="preserve">ERASMUS+ </w:t>
          </w:r>
          <w:r w:rsidR="00DB7649">
            <w:rPr>
              <w:b/>
              <w:sz w:val="22"/>
              <w:szCs w:val="24"/>
            </w:rPr>
            <w:t xml:space="preserve">ÖĞRENCİ </w:t>
          </w:r>
          <w:r w:rsidR="00182AC4">
            <w:rPr>
              <w:b/>
              <w:sz w:val="22"/>
              <w:szCs w:val="24"/>
            </w:rPr>
            <w:t xml:space="preserve">STAJ HAREKETLİLİĞİ </w:t>
          </w:r>
        </w:p>
        <w:p w14:paraId="5CF67448" w14:textId="0D1A2256" w:rsidR="00C2167F" w:rsidRPr="00E9748B" w:rsidRDefault="00DB7649" w:rsidP="00182AC4">
          <w:pPr>
            <w:pStyle w:val="stBilgi"/>
            <w:jc w:val="center"/>
            <w:rPr>
              <w:sz w:val="22"/>
              <w:szCs w:val="24"/>
            </w:rPr>
          </w:pPr>
          <w:r>
            <w:rPr>
              <w:b/>
              <w:sz w:val="22"/>
              <w:szCs w:val="24"/>
            </w:rPr>
            <w:t>BİLGİLENDİRME VE TAAHHÜT FORMU</w:t>
          </w:r>
        </w:p>
      </w:tc>
    </w:tr>
  </w:tbl>
  <w:p w14:paraId="2F41DBB4" w14:textId="2440B3A6" w:rsidR="006833D1" w:rsidRPr="003A4707" w:rsidRDefault="006833D1" w:rsidP="00C2167F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C275C43"/>
    <w:multiLevelType w:val="multilevel"/>
    <w:tmpl w:val="767A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DF2C9A"/>
    <w:multiLevelType w:val="multilevel"/>
    <w:tmpl w:val="8FD2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20001F"/>
    <w:multiLevelType w:val="multilevel"/>
    <w:tmpl w:val="BBE24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8051F7"/>
    <w:multiLevelType w:val="multilevel"/>
    <w:tmpl w:val="6D60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1889796">
    <w:abstractNumId w:val="8"/>
  </w:num>
  <w:num w:numId="2" w16cid:durableId="216668841">
    <w:abstractNumId w:val="6"/>
  </w:num>
  <w:num w:numId="3" w16cid:durableId="1296642632">
    <w:abstractNumId w:val="5"/>
  </w:num>
  <w:num w:numId="4" w16cid:durableId="783303191">
    <w:abstractNumId w:val="4"/>
  </w:num>
  <w:num w:numId="5" w16cid:durableId="1011221914">
    <w:abstractNumId w:val="7"/>
  </w:num>
  <w:num w:numId="6" w16cid:durableId="1270166957">
    <w:abstractNumId w:val="3"/>
  </w:num>
  <w:num w:numId="7" w16cid:durableId="1699502860">
    <w:abstractNumId w:val="2"/>
  </w:num>
  <w:num w:numId="8" w16cid:durableId="1791052843">
    <w:abstractNumId w:val="1"/>
  </w:num>
  <w:num w:numId="9" w16cid:durableId="461386312">
    <w:abstractNumId w:val="0"/>
  </w:num>
  <w:num w:numId="10" w16cid:durableId="1808039799">
    <w:abstractNumId w:val="10"/>
  </w:num>
  <w:num w:numId="11" w16cid:durableId="1405640330">
    <w:abstractNumId w:val="11"/>
  </w:num>
  <w:num w:numId="12" w16cid:durableId="822698056">
    <w:abstractNumId w:val="12"/>
  </w:num>
  <w:num w:numId="13" w16cid:durableId="5054800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4210"/>
    <w:rsid w:val="00034616"/>
    <w:rsid w:val="0006063C"/>
    <w:rsid w:val="000B1470"/>
    <w:rsid w:val="0015074B"/>
    <w:rsid w:val="00182AC4"/>
    <w:rsid w:val="001B3E03"/>
    <w:rsid w:val="001C424D"/>
    <w:rsid w:val="001D6973"/>
    <w:rsid w:val="001D778E"/>
    <w:rsid w:val="0021729E"/>
    <w:rsid w:val="0029639D"/>
    <w:rsid w:val="002C640C"/>
    <w:rsid w:val="002D49F6"/>
    <w:rsid w:val="00326F90"/>
    <w:rsid w:val="00335E63"/>
    <w:rsid w:val="00342282"/>
    <w:rsid w:val="00343D8E"/>
    <w:rsid w:val="00367A92"/>
    <w:rsid w:val="003A4707"/>
    <w:rsid w:val="003B1413"/>
    <w:rsid w:val="003C1CD7"/>
    <w:rsid w:val="003F3FEA"/>
    <w:rsid w:val="004359C6"/>
    <w:rsid w:val="00446005"/>
    <w:rsid w:val="004947A7"/>
    <w:rsid w:val="00494ABA"/>
    <w:rsid w:val="004C4FA2"/>
    <w:rsid w:val="00565C3D"/>
    <w:rsid w:val="005A34D6"/>
    <w:rsid w:val="0062674A"/>
    <w:rsid w:val="00653DE7"/>
    <w:rsid w:val="006640F9"/>
    <w:rsid w:val="006833D1"/>
    <w:rsid w:val="00696347"/>
    <w:rsid w:val="006E30D7"/>
    <w:rsid w:val="006E60A4"/>
    <w:rsid w:val="006F708C"/>
    <w:rsid w:val="00770310"/>
    <w:rsid w:val="008226EE"/>
    <w:rsid w:val="008245C3"/>
    <w:rsid w:val="00887C08"/>
    <w:rsid w:val="0090753C"/>
    <w:rsid w:val="0091236A"/>
    <w:rsid w:val="009445C5"/>
    <w:rsid w:val="009B2DBC"/>
    <w:rsid w:val="009D1403"/>
    <w:rsid w:val="00AA1D8D"/>
    <w:rsid w:val="00AD0D19"/>
    <w:rsid w:val="00AE6C3D"/>
    <w:rsid w:val="00B47730"/>
    <w:rsid w:val="00BE7BF5"/>
    <w:rsid w:val="00BF3DDD"/>
    <w:rsid w:val="00BF6B02"/>
    <w:rsid w:val="00BF7B7C"/>
    <w:rsid w:val="00C06D49"/>
    <w:rsid w:val="00C2167F"/>
    <w:rsid w:val="00C92697"/>
    <w:rsid w:val="00CA3C1A"/>
    <w:rsid w:val="00CB0664"/>
    <w:rsid w:val="00CB2159"/>
    <w:rsid w:val="00D353ED"/>
    <w:rsid w:val="00D8628F"/>
    <w:rsid w:val="00D95B35"/>
    <w:rsid w:val="00DB7649"/>
    <w:rsid w:val="00DC0019"/>
    <w:rsid w:val="00DE3EF0"/>
    <w:rsid w:val="00E043EE"/>
    <w:rsid w:val="00E73424"/>
    <w:rsid w:val="00E9748B"/>
    <w:rsid w:val="00EF1302"/>
    <w:rsid w:val="00F339BF"/>
    <w:rsid w:val="00F53ED1"/>
    <w:rsid w:val="00F646F1"/>
    <w:rsid w:val="00F8417C"/>
    <w:rsid w:val="00F87F13"/>
    <w:rsid w:val="00FA11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A8F30C"/>
  <w14:defaultImageDpi w14:val="330"/>
  <w15:docId w15:val="{A7567D37-288E-431F-9793-83B80F83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DB764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5141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19</cp:revision>
  <dcterms:created xsi:type="dcterms:W3CDTF">2026-04-19T19:42:00Z</dcterms:created>
  <dcterms:modified xsi:type="dcterms:W3CDTF">2026-04-22T13:39:00Z</dcterms:modified>
  <cp:category/>
</cp:coreProperties>
</file>