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38"/>
        <w:gridCol w:w="2604"/>
        <w:gridCol w:w="2609"/>
        <w:gridCol w:w="2098"/>
        <w:gridCol w:w="2604"/>
        <w:gridCol w:w="2609"/>
      </w:tblGrid>
      <w:tr w:rsidR="005D6705" w:rsidRPr="00B31279" w14:paraId="3553506D" w14:textId="77777777" w:rsidTr="006205B3">
        <w:trPr>
          <w:jc w:val="center"/>
        </w:trPr>
        <w:tc>
          <w:tcPr>
            <w:tcW w:w="203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506A64F" w14:textId="32C9C7AA" w:rsidR="005D6705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 xml:space="preserve">ENSTİTÜ / FAKÜLTE </w:t>
            </w:r>
            <w:proofErr w:type="gramStart"/>
            <w:r w:rsidRPr="00B31279">
              <w:rPr>
                <w:b/>
                <w:sz w:val="16"/>
                <w:szCs w:val="16"/>
              </w:rPr>
              <w:t>/  MYO</w:t>
            </w:r>
            <w:proofErr w:type="gramEnd"/>
          </w:p>
        </w:tc>
        <w:tc>
          <w:tcPr>
            <w:tcW w:w="5213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B26F731" w14:textId="0B06AE04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0E6127B" w14:textId="409424EA" w:rsidR="005D6705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 xml:space="preserve">KABUL EDEN </w:t>
            </w:r>
            <w:r w:rsidR="006205B3">
              <w:rPr>
                <w:b/>
                <w:sz w:val="16"/>
                <w:szCs w:val="16"/>
              </w:rPr>
              <w:t>KURUM</w:t>
            </w:r>
          </w:p>
        </w:tc>
        <w:tc>
          <w:tcPr>
            <w:tcW w:w="5213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55FBFF1" w14:textId="77777777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</w:tr>
      <w:tr w:rsidR="005D6705" w:rsidRPr="00B31279" w14:paraId="28BF512E" w14:textId="77777777" w:rsidTr="006205B3">
        <w:trPr>
          <w:jc w:val="center"/>
        </w:trPr>
        <w:tc>
          <w:tcPr>
            <w:tcW w:w="203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8413133" w14:textId="2DF021AE" w:rsidR="005D6705" w:rsidRPr="00B31279" w:rsidRDefault="005920AE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 xml:space="preserve">BÖLÜM / </w:t>
            </w:r>
            <w:r w:rsidR="00B31279" w:rsidRPr="00B31279">
              <w:rPr>
                <w:b/>
                <w:sz w:val="16"/>
                <w:szCs w:val="16"/>
              </w:rPr>
              <w:t>PROGRAM</w:t>
            </w:r>
          </w:p>
        </w:tc>
        <w:tc>
          <w:tcPr>
            <w:tcW w:w="5213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80955EE" w14:textId="77777777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9327495" w14:textId="77777777" w:rsidR="005D6705" w:rsidRPr="00B31279" w:rsidRDefault="005920AE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ÜLKE</w:t>
            </w:r>
          </w:p>
        </w:tc>
        <w:tc>
          <w:tcPr>
            <w:tcW w:w="5213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FAF7244" w14:textId="77777777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</w:tr>
      <w:tr w:rsidR="00B31279" w:rsidRPr="00B31279" w14:paraId="351F91D9" w14:textId="77777777" w:rsidTr="006205B3">
        <w:trPr>
          <w:jc w:val="center"/>
        </w:trPr>
        <w:tc>
          <w:tcPr>
            <w:tcW w:w="203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E9A0736" w14:textId="6E4503A0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proofErr w:type="gramStart"/>
            <w:r w:rsidRPr="00B31279">
              <w:rPr>
                <w:b/>
                <w:sz w:val="16"/>
                <w:szCs w:val="16"/>
              </w:rPr>
              <w:t>ADI -</w:t>
            </w:r>
            <w:proofErr w:type="gramEnd"/>
            <w:r w:rsidRPr="00B31279">
              <w:rPr>
                <w:b/>
                <w:sz w:val="16"/>
                <w:szCs w:val="16"/>
              </w:rPr>
              <w:t xml:space="preserve"> SOYADI</w:t>
            </w:r>
          </w:p>
        </w:tc>
        <w:tc>
          <w:tcPr>
            <w:tcW w:w="5213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613709F" w14:textId="77777777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2D43A9C" w14:textId="77777777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ERASMUS KODU / OID</w:t>
            </w:r>
          </w:p>
        </w:tc>
        <w:tc>
          <w:tcPr>
            <w:tcW w:w="2604" w:type="dxa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262DAE1" w14:textId="77777777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609" w:type="dxa"/>
            <w:vAlign w:val="center"/>
          </w:tcPr>
          <w:p w14:paraId="12D94B04" w14:textId="7F85282A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</w:p>
        </w:tc>
      </w:tr>
      <w:tr w:rsidR="00197061" w:rsidRPr="00B31279" w14:paraId="0F32F158" w14:textId="77777777" w:rsidTr="006205B3">
        <w:trPr>
          <w:jc w:val="center"/>
        </w:trPr>
        <w:tc>
          <w:tcPr>
            <w:tcW w:w="203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51651AF" w14:textId="6CEA0A8B" w:rsidR="00197061" w:rsidRPr="00B31279" w:rsidRDefault="00197061" w:rsidP="00B31279">
            <w:pPr>
              <w:spacing w:after="0"/>
              <w:rPr>
                <w:b/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TCKN / ÖĞRENCİ NO</w:t>
            </w:r>
          </w:p>
        </w:tc>
        <w:tc>
          <w:tcPr>
            <w:tcW w:w="2604" w:type="dxa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F88976D" w14:textId="77777777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609" w:type="dxa"/>
            <w:vAlign w:val="center"/>
          </w:tcPr>
          <w:p w14:paraId="344887AF" w14:textId="5ED65505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D8A07A2" w14:textId="0688B9CC" w:rsidR="00197061" w:rsidRPr="00B31279" w:rsidRDefault="006205B3" w:rsidP="00B31279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STAJ TARİHLERİ</w:t>
            </w:r>
          </w:p>
        </w:tc>
        <w:tc>
          <w:tcPr>
            <w:tcW w:w="5213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353C17F" w14:textId="19EE7AA5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</w:tr>
    </w:tbl>
    <w:p w14:paraId="53A65EB1" w14:textId="77777777" w:rsidR="005D6705" w:rsidRPr="00B31279" w:rsidRDefault="005D6705">
      <w:pPr>
        <w:spacing w:after="40"/>
      </w:pPr>
    </w:p>
    <w:tbl>
      <w:tblPr>
        <w:tblW w:w="5000" w:type="pct"/>
        <w:jc w:val="center"/>
        <w:tblBorders>
          <w:top w:val="single" w:sz="8" w:space="0" w:color="7A8CA5"/>
          <w:left w:val="single" w:sz="8" w:space="0" w:color="7A8CA5"/>
          <w:bottom w:val="single" w:sz="8" w:space="0" w:color="7A8CA5"/>
          <w:right w:val="single" w:sz="8" w:space="0" w:color="7A8CA5"/>
          <w:insideH w:val="single" w:sz="6" w:space="0" w:color="9FB1C8"/>
          <w:insideV w:val="single" w:sz="6" w:space="0" w:color="9FB1C8"/>
        </w:tblBorders>
        <w:tblLayout w:type="fixed"/>
        <w:tblLook w:val="04A0" w:firstRow="1" w:lastRow="0" w:firstColumn="1" w:lastColumn="0" w:noHBand="0" w:noVBand="1"/>
      </w:tblPr>
      <w:tblGrid>
        <w:gridCol w:w="5410"/>
        <w:gridCol w:w="1668"/>
        <w:gridCol w:w="6521"/>
        <w:gridCol w:w="953"/>
      </w:tblGrid>
      <w:tr w:rsidR="005D6705" w:rsidRPr="00B31279" w14:paraId="7D62FF98" w14:textId="77777777" w:rsidTr="006205B3">
        <w:trPr>
          <w:jc w:val="center"/>
        </w:trPr>
        <w:tc>
          <w:tcPr>
            <w:tcW w:w="7078" w:type="dxa"/>
            <w:gridSpan w:val="2"/>
            <w:shd w:val="clear" w:color="auto" w:fill="1F4E78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735D1FF" w14:textId="77777777" w:rsidR="005D6705" w:rsidRDefault="006205B3" w:rsidP="00F822B2">
            <w:pPr>
              <w:spacing w:after="0"/>
              <w:rPr>
                <w:rFonts w:cs="Arial"/>
                <w:b/>
                <w:color w:val="FFFFFF"/>
                <w:sz w:val="18"/>
                <w:szCs w:val="18"/>
              </w:rPr>
            </w:pPr>
            <w:r w:rsidRPr="006205B3">
              <w:rPr>
                <w:rFonts w:cs="Arial"/>
                <w:b/>
                <w:color w:val="FFFFFF"/>
                <w:sz w:val="18"/>
                <w:szCs w:val="18"/>
              </w:rPr>
              <w:t>MİSAFİR OLUNAN KURULUŞTA YAPILACAK STAJ</w:t>
            </w:r>
          </w:p>
          <w:p w14:paraId="308B825B" w14:textId="36C5DDEF" w:rsidR="006205B3" w:rsidRPr="00250D3D" w:rsidRDefault="006205B3" w:rsidP="00F822B2">
            <w:pPr>
              <w:spacing w:after="0"/>
              <w:rPr>
                <w:rFonts w:cs="Arial"/>
                <w:sz w:val="18"/>
                <w:szCs w:val="18"/>
              </w:rPr>
            </w:pPr>
            <w:r w:rsidRPr="006205B3">
              <w:rPr>
                <w:rFonts w:cs="Arial"/>
                <w:b/>
                <w:color w:val="FFFFFF"/>
                <w:sz w:val="18"/>
                <w:szCs w:val="18"/>
              </w:rPr>
              <w:t>(</w:t>
            </w:r>
            <w:proofErr w:type="gramStart"/>
            <w:r w:rsidRPr="006205B3">
              <w:rPr>
                <w:rFonts w:cs="Arial"/>
                <w:b/>
                <w:color w:val="FFFFFF"/>
                <w:sz w:val="18"/>
                <w:szCs w:val="18"/>
              </w:rPr>
              <w:t>sadece</w:t>
            </w:r>
            <w:proofErr w:type="gramEnd"/>
            <w:r w:rsidRPr="006205B3">
              <w:rPr>
                <w:rFonts w:cs="Arial"/>
                <w:b/>
                <w:color w:val="FFFFFF"/>
                <w:sz w:val="18"/>
                <w:szCs w:val="18"/>
              </w:rPr>
              <w:t xml:space="preserve"> zorunlu staj için</w:t>
            </w:r>
            <w:r>
              <w:rPr>
                <w:rFonts w:cs="Arial"/>
                <w:b/>
                <w:color w:val="FFFFFF"/>
                <w:sz w:val="18"/>
                <w:szCs w:val="18"/>
              </w:rPr>
              <w:t>)</w:t>
            </w:r>
          </w:p>
        </w:tc>
        <w:tc>
          <w:tcPr>
            <w:tcW w:w="7474" w:type="dxa"/>
            <w:gridSpan w:val="2"/>
            <w:shd w:val="clear" w:color="auto" w:fill="1F4E78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2FF4D4C" w14:textId="77777777" w:rsidR="005D6705" w:rsidRDefault="005920AE" w:rsidP="00F822B2">
            <w:pPr>
              <w:spacing w:after="0"/>
              <w:rPr>
                <w:rFonts w:cs="Arial"/>
                <w:b/>
                <w:color w:val="FFFFFF"/>
                <w:sz w:val="18"/>
                <w:szCs w:val="18"/>
              </w:rPr>
            </w:pPr>
            <w:proofErr w:type="gramStart"/>
            <w:r w:rsidRPr="00250D3D">
              <w:rPr>
                <w:rFonts w:cs="Arial"/>
                <w:b/>
                <w:color w:val="FFFFFF"/>
                <w:sz w:val="18"/>
                <w:szCs w:val="18"/>
              </w:rPr>
              <w:t>HAKK</w:t>
            </w:r>
            <w:r w:rsidR="00B31279" w:rsidRPr="00250D3D">
              <w:rPr>
                <w:rFonts w:cs="Arial"/>
                <w:b/>
                <w:color w:val="FFFFFF"/>
                <w:sz w:val="18"/>
                <w:szCs w:val="18"/>
              </w:rPr>
              <w:t>A</w:t>
            </w:r>
            <w:r w:rsidRPr="00250D3D">
              <w:rPr>
                <w:rFonts w:cs="Arial"/>
                <w:b/>
                <w:color w:val="FFFFFF"/>
                <w:sz w:val="18"/>
                <w:szCs w:val="18"/>
              </w:rPr>
              <w:t>Rİ</w:t>
            </w:r>
            <w:proofErr w:type="gramEnd"/>
            <w:r w:rsidRPr="00250D3D">
              <w:rPr>
                <w:rFonts w:cs="Arial"/>
                <w:b/>
                <w:color w:val="FFFFFF"/>
                <w:sz w:val="18"/>
                <w:szCs w:val="18"/>
              </w:rPr>
              <w:t xml:space="preserve"> ÜNİVERSİTESİNDE EŞDEĞER </w:t>
            </w:r>
            <w:r w:rsidR="006205B3">
              <w:rPr>
                <w:rFonts w:cs="Arial"/>
                <w:b/>
                <w:color w:val="FFFFFF"/>
                <w:sz w:val="18"/>
                <w:szCs w:val="18"/>
              </w:rPr>
              <w:t xml:space="preserve">STAJ </w:t>
            </w:r>
          </w:p>
          <w:p w14:paraId="7314BB51" w14:textId="13D789F5" w:rsidR="006205B3" w:rsidRPr="00250D3D" w:rsidRDefault="006205B3" w:rsidP="00F822B2">
            <w:pPr>
              <w:spacing w:after="0"/>
              <w:rPr>
                <w:rFonts w:cs="Arial"/>
                <w:sz w:val="18"/>
                <w:szCs w:val="18"/>
              </w:rPr>
            </w:pPr>
            <w:r w:rsidRPr="006205B3">
              <w:rPr>
                <w:rFonts w:cs="Arial"/>
                <w:b/>
                <w:color w:val="FFFFFF"/>
                <w:sz w:val="18"/>
                <w:szCs w:val="18"/>
              </w:rPr>
              <w:t>(</w:t>
            </w:r>
            <w:proofErr w:type="gramStart"/>
            <w:r w:rsidRPr="006205B3">
              <w:rPr>
                <w:rFonts w:cs="Arial"/>
                <w:b/>
                <w:color w:val="FFFFFF"/>
                <w:sz w:val="18"/>
                <w:szCs w:val="18"/>
              </w:rPr>
              <w:t>sadece</w:t>
            </w:r>
            <w:proofErr w:type="gramEnd"/>
            <w:r w:rsidRPr="006205B3">
              <w:rPr>
                <w:rFonts w:cs="Arial"/>
                <w:b/>
                <w:color w:val="FFFFFF"/>
                <w:sz w:val="18"/>
                <w:szCs w:val="18"/>
              </w:rPr>
              <w:t xml:space="preserve"> zorunlu staj için</w:t>
            </w:r>
            <w:r>
              <w:rPr>
                <w:rFonts w:cs="Arial"/>
                <w:b/>
                <w:color w:val="FFFFFF"/>
                <w:sz w:val="18"/>
                <w:szCs w:val="18"/>
              </w:rPr>
              <w:t>)</w:t>
            </w:r>
          </w:p>
        </w:tc>
      </w:tr>
      <w:tr w:rsidR="006205B3" w:rsidRPr="00B31279" w14:paraId="1D6FC18E" w14:textId="77777777" w:rsidTr="006205B3">
        <w:trPr>
          <w:jc w:val="center"/>
        </w:trPr>
        <w:tc>
          <w:tcPr>
            <w:tcW w:w="5410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EA3DA01" w14:textId="507DFA62" w:rsidR="006205B3" w:rsidRPr="00197061" w:rsidRDefault="006205B3" w:rsidP="00F822B2">
            <w:pPr>
              <w:spacing w:after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STAJIN KONUSU</w:t>
            </w:r>
          </w:p>
        </w:tc>
        <w:tc>
          <w:tcPr>
            <w:tcW w:w="1668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5525581" w14:textId="2FBF2998" w:rsidR="006205B3" w:rsidRPr="00197061" w:rsidRDefault="006205B3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AKTS</w:t>
            </w:r>
          </w:p>
        </w:tc>
        <w:tc>
          <w:tcPr>
            <w:tcW w:w="6521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9439406" w14:textId="2A6B314E" w:rsidR="006205B3" w:rsidRPr="00197061" w:rsidRDefault="006205B3" w:rsidP="00F822B2">
            <w:pPr>
              <w:spacing w:after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STAJIN KONUSU</w:t>
            </w:r>
          </w:p>
        </w:tc>
        <w:tc>
          <w:tcPr>
            <w:tcW w:w="953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09273C2" w14:textId="77777777" w:rsidR="006205B3" w:rsidRPr="00197061" w:rsidRDefault="006205B3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AKTS</w:t>
            </w:r>
          </w:p>
        </w:tc>
      </w:tr>
      <w:tr w:rsidR="006205B3" w:rsidRPr="00B31279" w14:paraId="377DBD8E" w14:textId="77777777" w:rsidTr="006205B3">
        <w:trPr>
          <w:trHeight w:val="300"/>
          <w:jc w:val="center"/>
        </w:trPr>
        <w:tc>
          <w:tcPr>
            <w:tcW w:w="541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09CBBB3" w14:textId="77777777" w:rsidR="006205B3" w:rsidRPr="00197061" w:rsidRDefault="006205B3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668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FAB22F0" w14:textId="77777777" w:rsidR="006205B3" w:rsidRPr="00197061" w:rsidRDefault="006205B3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521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3923971" w14:textId="77777777" w:rsidR="006205B3" w:rsidRPr="00197061" w:rsidRDefault="006205B3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53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BB26FF3" w14:textId="77777777" w:rsidR="006205B3" w:rsidRPr="00197061" w:rsidRDefault="006205B3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14:paraId="0F1167D1" w14:textId="77777777" w:rsidR="005D6705" w:rsidRPr="00B31279" w:rsidRDefault="005D6705">
      <w:pPr>
        <w:spacing w:after="20"/>
      </w:pPr>
    </w:p>
    <w:p w14:paraId="7741DCCB" w14:textId="77777777" w:rsidR="00DB6CE0" w:rsidRDefault="00DB6CE0">
      <w:pPr>
        <w:rPr>
          <w:b/>
          <w:color w:val="1A365D"/>
          <w:sz w:val="18"/>
        </w:rPr>
      </w:pPr>
      <w:r>
        <w:rPr>
          <w:b/>
          <w:color w:val="1A365D"/>
          <w:sz w:val="18"/>
        </w:rPr>
        <w:br w:type="page"/>
      </w:r>
    </w:p>
    <w:p w14:paraId="29C8702E" w14:textId="447CCF2A" w:rsidR="005D6705" w:rsidRPr="00B31279" w:rsidRDefault="00197061" w:rsidP="00B31279">
      <w:pPr>
        <w:rPr>
          <w:b/>
          <w:color w:val="1A365D"/>
          <w:sz w:val="18"/>
        </w:rPr>
      </w:pPr>
      <w:r>
        <w:rPr>
          <w:b/>
          <w:color w:val="1A365D"/>
          <w:sz w:val="18"/>
        </w:rPr>
        <w:lastRenderedPageBreak/>
        <w:t>A</w:t>
      </w:r>
      <w:r w:rsidRPr="00B31279">
        <w:rPr>
          <w:b/>
          <w:color w:val="1A365D"/>
          <w:sz w:val="18"/>
        </w:rPr>
        <w:t>çıklamalar</w:t>
      </w:r>
      <w:r w:rsidR="00BD10CE">
        <w:rPr>
          <w:b/>
          <w:color w:val="1A365D"/>
          <w:sz w:val="18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81"/>
        <w:gridCol w:w="7281"/>
      </w:tblGrid>
      <w:tr w:rsidR="005D6705" w:rsidRPr="00DB6CE0" w14:paraId="2DE7F501" w14:textId="77777777" w:rsidTr="00197061">
        <w:trPr>
          <w:jc w:val="center"/>
        </w:trPr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984517B" w14:textId="1F182E39" w:rsidR="005D6705" w:rsidRPr="00BD10CE" w:rsidRDefault="005920A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1. </w:t>
            </w:r>
            <w:r w:rsidR="0008757C" w:rsidRPr="0008757C">
              <w:rPr>
                <w:sz w:val="18"/>
                <w:szCs w:val="28"/>
              </w:rPr>
              <w:t>Yukarıdaki tabloda, Erasmus+ öğrencisinin misafir olunacak kurum/kuruluşta gerçekleştirmeyi planladığı staj faaliyeti ile bu faaliyet kapsamında yerine saydırılması öngörülen zorunlu staj bilgileri gösterilmiştir</w:t>
            </w:r>
            <w:r w:rsidRPr="00BD10CE">
              <w:rPr>
                <w:sz w:val="18"/>
                <w:szCs w:val="28"/>
              </w:rPr>
              <w:t>.</w:t>
            </w:r>
          </w:p>
        </w:tc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4369B13" w14:textId="0A5AD01C" w:rsidR="005D6705" w:rsidRPr="00BD10CE" w:rsidRDefault="005920A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4. </w:t>
            </w:r>
            <w:r w:rsidR="0008757C" w:rsidRPr="0008757C">
              <w:rPr>
                <w:sz w:val="18"/>
                <w:szCs w:val="28"/>
              </w:rPr>
              <w:t>Öğrenci, misafir olduğu kurum/kuruluşta planlanan staj faaliyetini başarıyla tamamladığı ve gerekli belgeleri sunduğu takdirde, söz konusu faaliyet Hakkâri Üniversitesi’ndeki yukarıda belirtilen zorunlu staja karşılık sayılacaktır. Bu doğrultuda hareketlilik sonrasında Ders İntibak B Tablosu hazırlanaca</w:t>
            </w:r>
            <w:r w:rsidR="0008757C">
              <w:rPr>
                <w:sz w:val="18"/>
                <w:szCs w:val="28"/>
              </w:rPr>
              <w:t>ktır.</w:t>
            </w:r>
          </w:p>
        </w:tc>
      </w:tr>
      <w:tr w:rsidR="005D6705" w:rsidRPr="00DB6CE0" w14:paraId="23FE71D8" w14:textId="77777777" w:rsidTr="00197061">
        <w:trPr>
          <w:jc w:val="center"/>
        </w:trPr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6AEFDAE" w14:textId="18B14B44" w:rsidR="005D6705" w:rsidRPr="00BD10CE" w:rsidRDefault="005920A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>2.</w:t>
            </w:r>
            <w:r w:rsidR="0008757C">
              <w:t xml:space="preserve"> </w:t>
            </w:r>
            <w:r w:rsidR="0008757C" w:rsidRPr="0008757C">
              <w:rPr>
                <w:sz w:val="18"/>
                <w:szCs w:val="28"/>
              </w:rPr>
              <w:t>Yukarıdaki tabloda, öğrencinin yurt dışında gerçekleştireceği staj faaliyetinin konusu, süresi ve AKTS değeri esas alınarak, Hakkâri Üniversitesi müfredatında karşılık sayılması öngörülen zorunlu staj yer almaktadır.</w:t>
            </w:r>
          </w:p>
        </w:tc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246DFA3" w14:textId="50A4AE73" w:rsidR="005D6705" w:rsidRPr="00BD10CE" w:rsidRDefault="005920A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5. </w:t>
            </w:r>
            <w:r w:rsidR="0008757C" w:rsidRPr="0008757C">
              <w:rPr>
                <w:sz w:val="18"/>
                <w:szCs w:val="28"/>
              </w:rPr>
              <w:t>Staj faaliyetinde konu, süre, içerik veya diğer akademik unsurlarda değişiklik olması halinde, güncel bilgiler esas alınarak ilgili belge ve tablolar yeniden düzenlenir ve gerekli onay süreçleri işletilir</w:t>
            </w:r>
            <w:r w:rsidR="00A53762" w:rsidRPr="00A53762">
              <w:rPr>
                <w:sz w:val="18"/>
                <w:szCs w:val="28"/>
              </w:rPr>
              <w:t>.</w:t>
            </w:r>
          </w:p>
        </w:tc>
      </w:tr>
      <w:tr w:rsidR="005D6705" w:rsidRPr="00DB6CE0" w14:paraId="1960CD7A" w14:textId="77777777" w:rsidTr="00197061">
        <w:trPr>
          <w:jc w:val="center"/>
        </w:trPr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362283C" w14:textId="196E4BF5" w:rsidR="005D6705" w:rsidRPr="00BD10CE" w:rsidRDefault="005920A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3. </w:t>
            </w:r>
            <w:r w:rsidR="0008757C" w:rsidRPr="0008757C">
              <w:rPr>
                <w:sz w:val="18"/>
                <w:szCs w:val="28"/>
              </w:rPr>
              <w:t>Öğrenci, bu tabloda belirtilen staj konusu, staj süresi, AKTS değeri ve eşdeğerlik bilgilerini incelediğini, kabul ettiğini ve intibak işlemlerinin bu bilgiler esas alınarak yürütülmesini talep ettiğini beyan eder.</w:t>
            </w:r>
          </w:p>
        </w:tc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7AE6B8D" w14:textId="733D1FFC" w:rsidR="005D6705" w:rsidRPr="00BD10CE" w:rsidRDefault="005920A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6. </w:t>
            </w:r>
            <w:r w:rsidR="00A54DCE" w:rsidRPr="00A54DCE">
              <w:rPr>
                <w:sz w:val="18"/>
                <w:szCs w:val="28"/>
              </w:rPr>
              <w:t>Yukarıdaki tabloda belirtilen staj faaliyeti ile Hakkâri Üniversitesi müfredatında karşılık sayılması uygun bulunan zorunlu staj eşleştirmesi, ilgili akademik birim tarafından değerlendirilmiş olup kurul/onay sürecine sunulur. Söz konusu eşleştirme, ilgili yönetim kurulu kararı ile kesinleşir.</w:t>
            </w:r>
          </w:p>
        </w:tc>
      </w:tr>
    </w:tbl>
    <w:p w14:paraId="31B77F36" w14:textId="77777777" w:rsidR="005D6705" w:rsidRPr="00B31279" w:rsidRDefault="005D6705">
      <w:pPr>
        <w:spacing w:after="40"/>
      </w:pPr>
    </w:p>
    <w:tbl>
      <w:tblPr>
        <w:tblW w:w="5000" w:type="pct"/>
        <w:jc w:val="center"/>
        <w:tblBorders>
          <w:top w:val="single" w:sz="6" w:space="0" w:color="9FB1C8"/>
          <w:left w:val="single" w:sz="6" w:space="0" w:color="9FB1C8"/>
          <w:bottom w:val="single" w:sz="6" w:space="0" w:color="9FB1C8"/>
          <w:right w:val="single" w:sz="6" w:space="0" w:color="9FB1C8"/>
          <w:insideH w:val="single" w:sz="6" w:space="0" w:color="D1DAE6"/>
          <w:insideV w:val="single" w:sz="6" w:space="0" w:color="D1DAE6"/>
        </w:tblBorders>
        <w:tblLayout w:type="fixed"/>
        <w:tblLook w:val="04A0" w:firstRow="1" w:lastRow="0" w:firstColumn="1" w:lastColumn="0" w:noHBand="0" w:noVBand="1"/>
      </w:tblPr>
      <w:tblGrid>
        <w:gridCol w:w="3113"/>
        <w:gridCol w:w="3884"/>
        <w:gridCol w:w="3305"/>
        <w:gridCol w:w="4254"/>
      </w:tblGrid>
      <w:tr w:rsidR="005D6705" w:rsidRPr="00B31279" w14:paraId="1C2739DD" w14:textId="77777777" w:rsidTr="002613C5">
        <w:trPr>
          <w:jc w:val="center"/>
        </w:trPr>
        <w:tc>
          <w:tcPr>
            <w:tcW w:w="2937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79815CE" w14:textId="77777777" w:rsidR="005D6705" w:rsidRPr="00250D3D" w:rsidRDefault="005920AE" w:rsidP="00250D3D">
            <w:pPr>
              <w:spacing w:after="0"/>
              <w:rPr>
                <w:sz w:val="18"/>
                <w:szCs w:val="24"/>
              </w:rPr>
            </w:pPr>
            <w:r w:rsidRPr="00250D3D">
              <w:rPr>
                <w:b/>
                <w:sz w:val="18"/>
                <w:szCs w:val="24"/>
              </w:rPr>
              <w:t>ÖĞRENCİ</w:t>
            </w:r>
          </w:p>
        </w:tc>
        <w:tc>
          <w:tcPr>
            <w:tcW w:w="3664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0895BD9" w14:textId="1907E455" w:rsidR="005D6705" w:rsidRPr="00250D3D" w:rsidRDefault="005920AE" w:rsidP="00250D3D">
            <w:pPr>
              <w:spacing w:after="0"/>
              <w:rPr>
                <w:sz w:val="18"/>
                <w:szCs w:val="24"/>
              </w:rPr>
            </w:pPr>
            <w:r w:rsidRPr="00250D3D">
              <w:rPr>
                <w:b/>
                <w:sz w:val="18"/>
                <w:szCs w:val="24"/>
              </w:rPr>
              <w:t>ERASMUS+ BÖLÜM</w:t>
            </w:r>
            <w:r w:rsidR="002613C5">
              <w:rPr>
                <w:b/>
                <w:sz w:val="18"/>
                <w:szCs w:val="24"/>
              </w:rPr>
              <w:t xml:space="preserve"> </w:t>
            </w:r>
            <w:r w:rsidRPr="00250D3D">
              <w:rPr>
                <w:b/>
                <w:sz w:val="18"/>
                <w:szCs w:val="24"/>
              </w:rPr>
              <w:t>KOORDİNATÖRÜ</w:t>
            </w:r>
          </w:p>
        </w:tc>
        <w:tc>
          <w:tcPr>
            <w:tcW w:w="311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0956FC5" w14:textId="77777777" w:rsidR="005D6705" w:rsidRPr="00250D3D" w:rsidRDefault="005920AE" w:rsidP="00250D3D">
            <w:pPr>
              <w:spacing w:after="0"/>
              <w:rPr>
                <w:sz w:val="18"/>
                <w:szCs w:val="24"/>
              </w:rPr>
            </w:pPr>
            <w:r w:rsidRPr="00250D3D">
              <w:rPr>
                <w:b/>
                <w:sz w:val="18"/>
                <w:szCs w:val="24"/>
              </w:rPr>
              <w:t>BÖLÜM BAŞKANI</w:t>
            </w:r>
          </w:p>
        </w:tc>
        <w:tc>
          <w:tcPr>
            <w:tcW w:w="4013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FEDAD89" w14:textId="77777777" w:rsidR="005D6705" w:rsidRPr="00250D3D" w:rsidRDefault="005920AE" w:rsidP="00250D3D">
            <w:pPr>
              <w:spacing w:after="0"/>
              <w:rPr>
                <w:sz w:val="18"/>
                <w:szCs w:val="24"/>
              </w:rPr>
            </w:pPr>
            <w:r w:rsidRPr="00250D3D">
              <w:rPr>
                <w:b/>
                <w:sz w:val="18"/>
                <w:szCs w:val="24"/>
              </w:rPr>
              <w:t>BÖLÜM İNTİBAK KOMİSYONU</w:t>
            </w:r>
          </w:p>
        </w:tc>
      </w:tr>
      <w:tr w:rsidR="005D6705" w:rsidRPr="00B31279" w14:paraId="5AC12A5C" w14:textId="77777777" w:rsidTr="002613C5">
        <w:trPr>
          <w:trHeight w:val="882"/>
          <w:jc w:val="center"/>
        </w:trPr>
        <w:tc>
          <w:tcPr>
            <w:tcW w:w="2937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27E385A4" w14:textId="77777777" w:rsidR="005D6705" w:rsidRPr="00B31279" w:rsidRDefault="005920AE" w:rsidP="00BD10CE">
            <w:pPr>
              <w:spacing w:after="0"/>
            </w:pPr>
            <w:r w:rsidRPr="00B31279">
              <w:rPr>
                <w:b/>
                <w:sz w:val="16"/>
              </w:rPr>
              <w:t>ADI-SOYADI:</w:t>
            </w:r>
          </w:p>
        </w:tc>
        <w:tc>
          <w:tcPr>
            <w:tcW w:w="3664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5E8A9A73" w14:textId="77777777" w:rsidR="005D6705" w:rsidRPr="00B31279" w:rsidRDefault="005920AE" w:rsidP="00BD10CE">
            <w:pPr>
              <w:spacing w:after="0"/>
            </w:pPr>
            <w:r w:rsidRPr="00B31279">
              <w:rPr>
                <w:b/>
                <w:sz w:val="16"/>
              </w:rPr>
              <w:t>ADI-SOYADI:</w:t>
            </w:r>
          </w:p>
        </w:tc>
        <w:tc>
          <w:tcPr>
            <w:tcW w:w="3118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6541EA0" w14:textId="77777777" w:rsidR="005D6705" w:rsidRPr="00B31279" w:rsidRDefault="005920AE" w:rsidP="00BD10CE">
            <w:pPr>
              <w:spacing w:after="0"/>
            </w:pPr>
            <w:r w:rsidRPr="00B31279">
              <w:rPr>
                <w:b/>
                <w:sz w:val="16"/>
              </w:rPr>
              <w:t>ADI-SOYADI:</w:t>
            </w:r>
          </w:p>
        </w:tc>
        <w:tc>
          <w:tcPr>
            <w:tcW w:w="4013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3F89936" w14:textId="77777777" w:rsidR="005D6705" w:rsidRDefault="005920AE" w:rsidP="00BD10CE">
            <w:pPr>
              <w:spacing w:after="0"/>
              <w:rPr>
                <w:b/>
                <w:sz w:val="16"/>
              </w:rPr>
            </w:pPr>
            <w:r w:rsidRPr="00B31279">
              <w:rPr>
                <w:b/>
                <w:sz w:val="16"/>
              </w:rPr>
              <w:t>ÜYE:</w:t>
            </w:r>
          </w:p>
          <w:p w14:paraId="5B34ED9D" w14:textId="77777777" w:rsidR="00F822B2" w:rsidRDefault="00F822B2" w:rsidP="00BD10CE">
            <w:pPr>
              <w:spacing w:after="0"/>
              <w:rPr>
                <w:b/>
                <w:sz w:val="16"/>
              </w:rPr>
            </w:pPr>
          </w:p>
          <w:p w14:paraId="6427825E" w14:textId="74EB7244" w:rsidR="00BD10CE" w:rsidRPr="00B31279" w:rsidRDefault="00BD10C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  <w:r w:rsidRPr="00B31279">
              <w:rPr>
                <w:b/>
                <w:sz w:val="16"/>
              </w:rPr>
              <w:br/>
              <w:t>İMZA</w:t>
            </w:r>
            <w:r>
              <w:rPr>
                <w:b/>
                <w:sz w:val="16"/>
              </w:rPr>
              <w:t>:</w:t>
            </w:r>
          </w:p>
        </w:tc>
      </w:tr>
      <w:tr w:rsidR="005D6705" w:rsidRPr="00B31279" w14:paraId="6DFAEEC2" w14:textId="77777777" w:rsidTr="002613C5">
        <w:trPr>
          <w:trHeight w:val="882"/>
          <w:jc w:val="center"/>
        </w:trPr>
        <w:tc>
          <w:tcPr>
            <w:tcW w:w="2937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3F82FFF0" w14:textId="77777777" w:rsidR="005D6705" w:rsidRPr="00B31279" w:rsidRDefault="005920A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</w:p>
        </w:tc>
        <w:tc>
          <w:tcPr>
            <w:tcW w:w="3664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1FA15EF9" w14:textId="77777777" w:rsidR="005D6705" w:rsidRPr="00B31279" w:rsidRDefault="005920A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</w:p>
        </w:tc>
        <w:tc>
          <w:tcPr>
            <w:tcW w:w="3118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CC5468F" w14:textId="77777777" w:rsidR="005D6705" w:rsidRPr="00B31279" w:rsidRDefault="005920A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</w:p>
        </w:tc>
        <w:tc>
          <w:tcPr>
            <w:tcW w:w="4013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769EC57" w14:textId="059C7CFB" w:rsidR="00BD10CE" w:rsidRDefault="00BD10CE" w:rsidP="00BD10CE">
            <w:pPr>
              <w:spacing w:after="0"/>
              <w:rPr>
                <w:b/>
                <w:sz w:val="16"/>
              </w:rPr>
            </w:pPr>
            <w:r w:rsidRPr="00B31279">
              <w:rPr>
                <w:b/>
                <w:sz w:val="16"/>
              </w:rPr>
              <w:t>ÜYE:</w:t>
            </w:r>
          </w:p>
          <w:p w14:paraId="6459A7F0" w14:textId="77777777" w:rsidR="00F822B2" w:rsidRDefault="00F822B2" w:rsidP="00BD10CE">
            <w:pPr>
              <w:spacing w:after="0"/>
              <w:rPr>
                <w:b/>
                <w:sz w:val="16"/>
              </w:rPr>
            </w:pPr>
          </w:p>
          <w:p w14:paraId="07309619" w14:textId="6D850207" w:rsidR="005D6705" w:rsidRPr="00B31279" w:rsidRDefault="00BD10C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  <w:r w:rsidRPr="00B31279">
              <w:rPr>
                <w:b/>
                <w:sz w:val="16"/>
              </w:rPr>
              <w:br/>
              <w:t>İMZA</w:t>
            </w:r>
            <w:r>
              <w:rPr>
                <w:b/>
                <w:sz w:val="16"/>
              </w:rPr>
              <w:t>:</w:t>
            </w:r>
          </w:p>
        </w:tc>
      </w:tr>
      <w:tr w:rsidR="005D6705" w:rsidRPr="00B31279" w14:paraId="048A080C" w14:textId="77777777" w:rsidTr="002613C5">
        <w:trPr>
          <w:trHeight w:val="895"/>
          <w:jc w:val="center"/>
        </w:trPr>
        <w:tc>
          <w:tcPr>
            <w:tcW w:w="2937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4EA672B9" w14:textId="77777777" w:rsidR="005D6705" w:rsidRPr="00B31279" w:rsidRDefault="005920AE" w:rsidP="00BD10CE">
            <w:pPr>
              <w:spacing w:after="0"/>
            </w:pPr>
            <w:r w:rsidRPr="00B31279">
              <w:rPr>
                <w:b/>
                <w:sz w:val="16"/>
              </w:rPr>
              <w:t>İMZA:</w:t>
            </w:r>
          </w:p>
        </w:tc>
        <w:tc>
          <w:tcPr>
            <w:tcW w:w="3664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628C12EC" w14:textId="77777777" w:rsidR="005D6705" w:rsidRPr="00B31279" w:rsidRDefault="005920AE" w:rsidP="00BD10CE">
            <w:pPr>
              <w:spacing w:after="0"/>
            </w:pPr>
            <w:r w:rsidRPr="00B31279">
              <w:rPr>
                <w:b/>
                <w:sz w:val="16"/>
              </w:rPr>
              <w:t>İMZA:</w:t>
            </w:r>
          </w:p>
        </w:tc>
        <w:tc>
          <w:tcPr>
            <w:tcW w:w="3118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32BEE145" w14:textId="77777777" w:rsidR="005D6705" w:rsidRPr="00B31279" w:rsidRDefault="005920AE" w:rsidP="00BD10CE">
            <w:pPr>
              <w:spacing w:after="0"/>
            </w:pPr>
            <w:r w:rsidRPr="00B31279">
              <w:rPr>
                <w:b/>
                <w:sz w:val="16"/>
              </w:rPr>
              <w:t>İMZA:</w:t>
            </w:r>
          </w:p>
        </w:tc>
        <w:tc>
          <w:tcPr>
            <w:tcW w:w="4013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4A96FAC9" w14:textId="77777777" w:rsidR="00BD10CE" w:rsidRDefault="00BD10CE" w:rsidP="00BD10CE">
            <w:pPr>
              <w:spacing w:after="0"/>
              <w:rPr>
                <w:b/>
                <w:sz w:val="16"/>
              </w:rPr>
            </w:pPr>
            <w:r w:rsidRPr="00B31279">
              <w:rPr>
                <w:b/>
                <w:sz w:val="16"/>
              </w:rPr>
              <w:t>ÜYE:</w:t>
            </w:r>
          </w:p>
          <w:p w14:paraId="4EA72867" w14:textId="77777777" w:rsidR="00F822B2" w:rsidRDefault="00F822B2" w:rsidP="00BD10CE">
            <w:pPr>
              <w:spacing w:after="0"/>
              <w:rPr>
                <w:b/>
                <w:sz w:val="16"/>
              </w:rPr>
            </w:pPr>
          </w:p>
          <w:p w14:paraId="5FD4DF5E" w14:textId="586D2082" w:rsidR="005D6705" w:rsidRPr="00B31279" w:rsidRDefault="00BD10C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  <w:r w:rsidRPr="00B31279">
              <w:rPr>
                <w:b/>
                <w:sz w:val="16"/>
              </w:rPr>
              <w:br/>
              <w:t>İMZA</w:t>
            </w:r>
            <w:r>
              <w:rPr>
                <w:b/>
                <w:sz w:val="16"/>
              </w:rPr>
              <w:t>:</w:t>
            </w:r>
          </w:p>
        </w:tc>
      </w:tr>
    </w:tbl>
    <w:p w14:paraId="25F13E5B" w14:textId="77777777" w:rsidR="005D6705" w:rsidRPr="00BD10CE" w:rsidRDefault="005920AE">
      <w:pPr>
        <w:spacing w:before="40" w:after="0"/>
        <w:rPr>
          <w:sz w:val="20"/>
          <w:szCs w:val="28"/>
        </w:rPr>
      </w:pPr>
      <w:r w:rsidRPr="00BD10CE">
        <w:rPr>
          <w:i/>
          <w:sz w:val="18"/>
          <w:szCs w:val="28"/>
        </w:rPr>
        <w:t>Not: Bu form elektronik ortamda doldurulmak üzere hazırlanmıştır. Formun çıktısı alınarak ilgili taraflarca imzalanması ve gerekli akademik/idari süreçler tamamlandıktan sonra işleme alınması esastır.</w:t>
      </w:r>
    </w:p>
    <w:sectPr w:rsidR="005D6705" w:rsidRPr="00BD10CE" w:rsidSect="006B3F72">
      <w:headerReference w:type="default" r:id="rId8"/>
      <w:footerReference w:type="default" r:id="rId9"/>
      <w:pgSz w:w="16840" w:h="11907" w:orient="landscape" w:code="9"/>
      <w:pgMar w:top="1134" w:right="1134" w:bottom="1134" w:left="1134" w:header="851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099F5" w14:textId="77777777" w:rsidR="00A23D0E" w:rsidRDefault="00A23D0E" w:rsidP="00DB6CE0">
      <w:pPr>
        <w:spacing w:after="0" w:line="240" w:lineRule="auto"/>
      </w:pPr>
      <w:r>
        <w:separator/>
      </w:r>
    </w:p>
  </w:endnote>
  <w:endnote w:type="continuationSeparator" w:id="0">
    <w:p w14:paraId="3F98C586" w14:textId="77777777" w:rsidR="00A23D0E" w:rsidRDefault="00A23D0E" w:rsidP="00DB6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60667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706F932" w14:textId="61F6D09F" w:rsidR="002A018A" w:rsidRPr="00250C7A" w:rsidRDefault="002A018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proofErr w:type="gramStart"/>
            <w:r w:rsidRPr="00250C7A">
              <w:rPr>
                <w:color w:val="595959" w:themeColor="text1" w:themeTint="A6"/>
              </w:rPr>
              <w:t>Hakkari</w:t>
            </w:r>
            <w:proofErr w:type="gramEnd"/>
            <w:r w:rsidRPr="00250C7A">
              <w:rPr>
                <w:color w:val="595959" w:themeColor="text1" w:themeTint="A6"/>
              </w:rPr>
              <w:t xml:space="preserve"> Üniversitesi </w:t>
            </w:r>
            <w:r w:rsidR="00250C7A">
              <w:rPr>
                <w:color w:val="595959" w:themeColor="text1" w:themeTint="A6"/>
              </w:rPr>
              <w:t>–</w:t>
            </w:r>
            <w:r w:rsidRPr="00250C7A">
              <w:rPr>
                <w:color w:val="595959" w:themeColor="text1" w:themeTint="A6"/>
              </w:rPr>
              <w:t> Erasmus</w:t>
            </w:r>
            <w:r w:rsidR="00250C7A">
              <w:rPr>
                <w:color w:val="595959" w:themeColor="text1" w:themeTint="A6"/>
              </w:rPr>
              <w:t>+</w:t>
            </w:r>
            <w:r w:rsidRPr="00250C7A">
              <w:rPr>
                <w:color w:val="595959" w:themeColor="text1" w:themeTint="A6"/>
              </w:rPr>
              <w:t xml:space="preserve"> </w:t>
            </w:r>
            <w:r w:rsidR="00250C7A">
              <w:rPr>
                <w:color w:val="595959" w:themeColor="text1" w:themeTint="A6"/>
              </w:rPr>
              <w:t xml:space="preserve">Kurum </w:t>
            </w:r>
            <w:r w:rsidRPr="00250C7A">
              <w:rPr>
                <w:color w:val="595959" w:themeColor="text1" w:themeTint="A6"/>
              </w:rPr>
              <w:t>Koordinatörlüğü</w:t>
            </w:r>
          </w:p>
          <w:p w14:paraId="4192E1E9" w14:textId="77777777" w:rsidR="002A018A" w:rsidRPr="00250C7A" w:rsidRDefault="002A018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 w:rsidRPr="00250C7A">
              <w:rPr>
                <w:color w:val="595959" w:themeColor="text1" w:themeTint="A6"/>
              </w:rPr>
              <w:t xml:space="preserve">Zeynel Bey Yerleşkesi </w:t>
            </w:r>
            <w:proofErr w:type="spellStart"/>
            <w:r w:rsidRPr="00250C7A">
              <w:rPr>
                <w:color w:val="595959" w:themeColor="text1" w:themeTint="A6"/>
              </w:rPr>
              <w:t>Keklikpınar</w:t>
            </w:r>
            <w:proofErr w:type="spellEnd"/>
            <w:r w:rsidRPr="00250C7A">
              <w:rPr>
                <w:color w:val="595959" w:themeColor="text1" w:themeTint="A6"/>
              </w:rPr>
              <w:t xml:space="preserve"> Mah. Kampüs Caddesi Merkezi Derslikler Binası 30000 Merkez/</w:t>
            </w:r>
            <w:proofErr w:type="gramStart"/>
            <w:r w:rsidRPr="00250C7A">
              <w:rPr>
                <w:color w:val="595959" w:themeColor="text1" w:themeTint="A6"/>
              </w:rPr>
              <w:t>Hakkari</w:t>
            </w:r>
            <w:proofErr w:type="gramEnd"/>
          </w:p>
          <w:p w14:paraId="3AF16CF4" w14:textId="48679A13" w:rsidR="002A018A" w:rsidRDefault="002A018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 w:rsidRPr="00250C7A">
              <w:rPr>
                <w:color w:val="595959" w:themeColor="text1" w:themeTint="A6"/>
              </w:rPr>
              <w:t>+90 (438) 212 12 12 / 650</w:t>
            </w:r>
            <w:r w:rsidR="00250C7A">
              <w:rPr>
                <w:color w:val="595959" w:themeColor="text1" w:themeTint="A6"/>
              </w:rPr>
              <w:t>5</w:t>
            </w:r>
            <w:r w:rsidRPr="00250C7A">
              <w:rPr>
                <w:color w:val="595959" w:themeColor="text1" w:themeTint="A6"/>
              </w:rPr>
              <w:t>, 650</w:t>
            </w:r>
            <w:r w:rsidR="00250C7A">
              <w:rPr>
                <w:color w:val="595959" w:themeColor="text1" w:themeTint="A6"/>
              </w:rPr>
              <w:t>1</w:t>
            </w:r>
          </w:p>
          <w:p w14:paraId="24CD8E36" w14:textId="49ECD37E" w:rsidR="00250C7A" w:rsidRPr="00250C7A" w:rsidRDefault="00250C7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erasmus@hakkari.edu.tr</w:t>
            </w:r>
          </w:p>
          <w:p w14:paraId="1C89D46C" w14:textId="5AEDA727" w:rsidR="002A018A" w:rsidRDefault="002A018A" w:rsidP="002A018A">
            <w:pPr>
              <w:pStyle w:val="AltBilgi"/>
              <w:jc w:val="right"/>
            </w:pPr>
            <w:r>
              <w:t xml:space="preserve">Sayfa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819525A" w14:textId="77777777" w:rsidR="00DB6CE0" w:rsidRDefault="00DB6CE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77912" w14:textId="77777777" w:rsidR="00A23D0E" w:rsidRDefault="00A23D0E" w:rsidP="00DB6CE0">
      <w:pPr>
        <w:spacing w:after="0" w:line="240" w:lineRule="auto"/>
      </w:pPr>
      <w:r>
        <w:separator/>
      </w:r>
    </w:p>
  </w:footnote>
  <w:footnote w:type="continuationSeparator" w:id="0">
    <w:p w14:paraId="10FFEF6F" w14:textId="77777777" w:rsidR="00A23D0E" w:rsidRDefault="00A23D0E" w:rsidP="00DB6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oKlavuzu"/>
      <w:tblW w:w="5000" w:type="pct"/>
      <w:jc w:val="center"/>
      <w:shd w:val="clear" w:color="auto" w:fill="DBE5F1" w:themeFill="accent1" w:themeFillTint="33"/>
      <w:tblLook w:val="04A0" w:firstRow="1" w:lastRow="0" w:firstColumn="1" w:lastColumn="0" w:noHBand="0" w:noVBand="1"/>
    </w:tblPr>
    <w:tblGrid>
      <w:gridCol w:w="2059"/>
      <w:gridCol w:w="12503"/>
    </w:tblGrid>
    <w:tr w:rsidR="00F341D9" w14:paraId="624DF09A" w14:textId="77777777" w:rsidTr="00FA61A1">
      <w:trPr>
        <w:trHeight w:val="1129"/>
        <w:jc w:val="center"/>
      </w:trPr>
      <w:tc>
        <w:tcPr>
          <w:tcW w:w="707" w:type="pct"/>
          <w:shd w:val="clear" w:color="auto" w:fill="F5F7FA"/>
          <w:vAlign w:val="center"/>
        </w:tcPr>
        <w:p w14:paraId="621F644C" w14:textId="77777777" w:rsidR="00F341D9" w:rsidRDefault="00F341D9" w:rsidP="00F341D9">
          <w:pPr>
            <w:pStyle w:val="stBilgi"/>
            <w:jc w:val="center"/>
          </w:pPr>
          <w:r>
            <w:rPr>
              <w:noProof/>
            </w:rPr>
            <w:drawing>
              <wp:inline distT="0" distB="0" distL="0" distR="0" wp14:anchorId="63142FB1" wp14:editId="18767AC9">
                <wp:extent cx="481360" cy="612000"/>
                <wp:effectExtent l="0" t="0" r="0" b="0"/>
                <wp:docPr id="1627771533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7771533" name="Resim 162777153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1360" cy="61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3" w:type="pct"/>
          <w:shd w:val="clear" w:color="auto" w:fill="F5F7FA"/>
          <w:vAlign w:val="center"/>
        </w:tcPr>
        <w:p w14:paraId="2537F65A" w14:textId="00450B46" w:rsidR="00F341D9" w:rsidRPr="00F341D9" w:rsidRDefault="00F341D9" w:rsidP="00F341D9">
          <w:pPr>
            <w:pStyle w:val="stBilgi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41D9">
            <w:rPr>
              <w:rFonts w:ascii="Times New Roman" w:hAnsi="Times New Roman" w:cs="Times New Roman"/>
              <w:b/>
              <w:sz w:val="24"/>
              <w:szCs w:val="24"/>
            </w:rPr>
            <w:t xml:space="preserve">ERASMUS+ ÖĞRENCİ </w:t>
          </w:r>
          <w:r w:rsidR="0008757C">
            <w:rPr>
              <w:rFonts w:ascii="Times New Roman" w:hAnsi="Times New Roman" w:cs="Times New Roman"/>
              <w:b/>
              <w:sz w:val="24"/>
              <w:szCs w:val="24"/>
            </w:rPr>
            <w:t>STAJ</w:t>
          </w:r>
          <w:r w:rsidRPr="00F341D9">
            <w:rPr>
              <w:rFonts w:ascii="Times New Roman" w:hAnsi="Times New Roman" w:cs="Times New Roman"/>
              <w:b/>
              <w:sz w:val="24"/>
              <w:szCs w:val="24"/>
            </w:rPr>
            <w:t xml:space="preserve"> HAREKETLİLİĞİ </w:t>
          </w:r>
          <w:r w:rsidR="00AC49F6">
            <w:rPr>
              <w:rFonts w:ascii="Times New Roman" w:hAnsi="Times New Roman" w:cs="Times New Roman"/>
              <w:b/>
              <w:sz w:val="24"/>
              <w:szCs w:val="24"/>
            </w:rPr>
            <w:t>STAJ</w:t>
          </w:r>
          <w:r w:rsidRPr="00F341D9">
            <w:rPr>
              <w:rFonts w:ascii="Times New Roman" w:hAnsi="Times New Roman" w:cs="Times New Roman"/>
              <w:b/>
              <w:sz w:val="24"/>
              <w:szCs w:val="24"/>
            </w:rPr>
            <w:t xml:space="preserve"> İNTİBAK A TABLOSU </w:t>
          </w:r>
        </w:p>
        <w:p w14:paraId="6957A47B" w14:textId="6EF29F1A" w:rsidR="00F341D9" w:rsidRPr="00F341D9" w:rsidRDefault="00F341D9" w:rsidP="00F341D9">
          <w:pPr>
            <w:pStyle w:val="stBilgi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41D9">
            <w:rPr>
              <w:rFonts w:ascii="Times New Roman" w:hAnsi="Times New Roman" w:cs="Times New Roman"/>
              <w:b/>
              <w:sz w:val="24"/>
              <w:szCs w:val="24"/>
            </w:rPr>
            <w:t>(HAREKETLİLİK ÖNCESİNDE)</w:t>
          </w:r>
        </w:p>
      </w:tc>
    </w:tr>
  </w:tbl>
  <w:p w14:paraId="4AD4581F" w14:textId="77777777" w:rsidR="00F822B2" w:rsidRPr="00F341D9" w:rsidRDefault="00F822B2" w:rsidP="00F341D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41077041">
    <w:abstractNumId w:val="8"/>
  </w:num>
  <w:num w:numId="2" w16cid:durableId="745348744">
    <w:abstractNumId w:val="6"/>
  </w:num>
  <w:num w:numId="3" w16cid:durableId="1027675834">
    <w:abstractNumId w:val="5"/>
  </w:num>
  <w:num w:numId="4" w16cid:durableId="2006122953">
    <w:abstractNumId w:val="4"/>
  </w:num>
  <w:num w:numId="5" w16cid:durableId="1505125434">
    <w:abstractNumId w:val="7"/>
  </w:num>
  <w:num w:numId="6" w16cid:durableId="1819569883">
    <w:abstractNumId w:val="3"/>
  </w:num>
  <w:num w:numId="7" w16cid:durableId="2089770483">
    <w:abstractNumId w:val="2"/>
  </w:num>
  <w:num w:numId="8" w16cid:durableId="1258564162">
    <w:abstractNumId w:val="1"/>
  </w:num>
  <w:num w:numId="9" w16cid:durableId="588736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757C"/>
    <w:rsid w:val="00104591"/>
    <w:rsid w:val="0015074B"/>
    <w:rsid w:val="00197061"/>
    <w:rsid w:val="00250C7A"/>
    <w:rsid w:val="00250D3D"/>
    <w:rsid w:val="002613C5"/>
    <w:rsid w:val="00286603"/>
    <w:rsid w:val="0029639D"/>
    <w:rsid w:val="002A018A"/>
    <w:rsid w:val="00326F90"/>
    <w:rsid w:val="003B1413"/>
    <w:rsid w:val="003C5705"/>
    <w:rsid w:val="003C706D"/>
    <w:rsid w:val="004C6801"/>
    <w:rsid w:val="00562EDC"/>
    <w:rsid w:val="0058359E"/>
    <w:rsid w:val="005920AE"/>
    <w:rsid w:val="00596F35"/>
    <w:rsid w:val="005D6705"/>
    <w:rsid w:val="005E4431"/>
    <w:rsid w:val="006205B3"/>
    <w:rsid w:val="00672EA9"/>
    <w:rsid w:val="006B3F72"/>
    <w:rsid w:val="006C5DCB"/>
    <w:rsid w:val="00703EF8"/>
    <w:rsid w:val="00721F00"/>
    <w:rsid w:val="009410AF"/>
    <w:rsid w:val="009A65B0"/>
    <w:rsid w:val="009A6BB2"/>
    <w:rsid w:val="00A23D0E"/>
    <w:rsid w:val="00A46D43"/>
    <w:rsid w:val="00A51711"/>
    <w:rsid w:val="00A53762"/>
    <w:rsid w:val="00A54DCE"/>
    <w:rsid w:val="00A63689"/>
    <w:rsid w:val="00AA1D8D"/>
    <w:rsid w:val="00AC49F6"/>
    <w:rsid w:val="00B11552"/>
    <w:rsid w:val="00B31279"/>
    <w:rsid w:val="00B47730"/>
    <w:rsid w:val="00BD10CE"/>
    <w:rsid w:val="00C3709D"/>
    <w:rsid w:val="00C51B3E"/>
    <w:rsid w:val="00CB0664"/>
    <w:rsid w:val="00CC1313"/>
    <w:rsid w:val="00D0592D"/>
    <w:rsid w:val="00D1202A"/>
    <w:rsid w:val="00DB6CE0"/>
    <w:rsid w:val="00E35006"/>
    <w:rsid w:val="00E44514"/>
    <w:rsid w:val="00F051C7"/>
    <w:rsid w:val="00F341D9"/>
    <w:rsid w:val="00F44E1D"/>
    <w:rsid w:val="00F822B2"/>
    <w:rsid w:val="00FA61A1"/>
    <w:rsid w:val="00FB1C2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372CE55"/>
  <w14:defaultImageDpi w14:val="300"/>
  <w15:docId w15:val="{F8F07B08-2697-4BCE-897A-EDB926048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0CE"/>
    <w:rPr>
      <w:rFonts w:ascii="Arial" w:eastAsia="Arial" w:hAnsi="Arial"/>
      <w:sz w:val="17"/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HAKKARİ ÜNİVERSİTESİ</vt:lpstr>
      <vt:lpstr/>
    </vt:vector>
  </TitlesOfParts>
  <Manager/>
  <Company/>
  <LinksUpToDate>false</LinksUpToDate>
  <CharactersWithSpaces>2222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HAKKARİ ÜNİVERSİTESİ</dc:title>
  <dc:subject/>
  <dc:creator>python-docx</dc:creator>
  <cp:keywords/>
  <dc:description>generated by python-docx</dc:description>
  <cp:lastModifiedBy>Savaş Beyter</cp:lastModifiedBy>
  <cp:revision>7</cp:revision>
  <dcterms:created xsi:type="dcterms:W3CDTF">2026-04-19T18:26:00Z</dcterms:created>
  <dcterms:modified xsi:type="dcterms:W3CDTF">2026-04-23T15:10:00Z</dcterms:modified>
  <cp:category/>
</cp:coreProperties>
</file>