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38"/>
        <w:gridCol w:w="2604"/>
        <w:gridCol w:w="2609"/>
        <w:gridCol w:w="2098"/>
        <w:gridCol w:w="2604"/>
        <w:gridCol w:w="2609"/>
      </w:tblGrid>
      <w:tr w:rsidR="005D6705" w:rsidRPr="00B31279" w14:paraId="3553506D" w14:textId="77777777" w:rsidTr="006205B3">
        <w:trPr>
          <w:jc w:val="center"/>
        </w:trPr>
        <w:tc>
          <w:tcPr>
            <w:tcW w:w="2038" w:type="dxa"/>
            <w:shd w:val="clear" w:color="auto" w:fill="DCE8F4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5506A64F" w14:textId="32C9C7AA" w:rsidR="005D6705" w:rsidRPr="00B31279" w:rsidRDefault="00B31279" w:rsidP="00B31279">
            <w:pPr>
              <w:spacing w:after="0"/>
              <w:rPr>
                <w:sz w:val="16"/>
                <w:szCs w:val="16"/>
              </w:rPr>
            </w:pPr>
            <w:r w:rsidRPr="00B31279">
              <w:rPr>
                <w:b/>
                <w:sz w:val="16"/>
                <w:szCs w:val="16"/>
              </w:rPr>
              <w:t xml:space="preserve">ENSTİTÜ / FAKÜLTE </w:t>
            </w:r>
            <w:proofErr w:type="gramStart"/>
            <w:r w:rsidRPr="00B31279">
              <w:rPr>
                <w:b/>
                <w:sz w:val="16"/>
                <w:szCs w:val="16"/>
              </w:rPr>
              <w:t>/  MYO</w:t>
            </w:r>
            <w:proofErr w:type="gramEnd"/>
          </w:p>
        </w:tc>
        <w:tc>
          <w:tcPr>
            <w:tcW w:w="5213" w:type="dxa"/>
            <w:gridSpan w:val="2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7B26F731" w14:textId="0B06AE04" w:rsidR="005D6705" w:rsidRPr="00B31279" w:rsidRDefault="005D6705" w:rsidP="00B31279">
            <w:pPr>
              <w:spacing w:after="0"/>
              <w:rPr>
                <w:sz w:val="16"/>
                <w:szCs w:val="16"/>
              </w:rPr>
            </w:pPr>
          </w:p>
        </w:tc>
        <w:tc>
          <w:tcPr>
            <w:tcW w:w="2098" w:type="dxa"/>
            <w:shd w:val="clear" w:color="auto" w:fill="DCE8F4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20E6127B" w14:textId="409424EA" w:rsidR="005D6705" w:rsidRPr="00B31279" w:rsidRDefault="00B31279" w:rsidP="00B31279">
            <w:pPr>
              <w:spacing w:after="0"/>
              <w:rPr>
                <w:sz w:val="16"/>
                <w:szCs w:val="16"/>
              </w:rPr>
            </w:pPr>
            <w:r w:rsidRPr="00B31279">
              <w:rPr>
                <w:b/>
                <w:sz w:val="16"/>
                <w:szCs w:val="16"/>
              </w:rPr>
              <w:t xml:space="preserve">KABUL EDEN </w:t>
            </w:r>
            <w:r w:rsidR="006205B3">
              <w:rPr>
                <w:b/>
                <w:sz w:val="16"/>
                <w:szCs w:val="16"/>
              </w:rPr>
              <w:t>KURUM</w:t>
            </w:r>
          </w:p>
        </w:tc>
        <w:tc>
          <w:tcPr>
            <w:tcW w:w="5213" w:type="dxa"/>
            <w:gridSpan w:val="2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355FBFF1" w14:textId="77777777" w:rsidR="005D6705" w:rsidRPr="00B31279" w:rsidRDefault="005D6705" w:rsidP="00B31279">
            <w:pPr>
              <w:spacing w:after="0"/>
              <w:rPr>
                <w:sz w:val="16"/>
                <w:szCs w:val="16"/>
              </w:rPr>
            </w:pPr>
          </w:p>
        </w:tc>
      </w:tr>
      <w:tr w:rsidR="005D6705" w:rsidRPr="00B31279" w14:paraId="28BF512E" w14:textId="77777777" w:rsidTr="006205B3">
        <w:trPr>
          <w:jc w:val="center"/>
        </w:trPr>
        <w:tc>
          <w:tcPr>
            <w:tcW w:w="2038" w:type="dxa"/>
            <w:shd w:val="clear" w:color="auto" w:fill="DCE8F4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58413133" w14:textId="2DF021AE" w:rsidR="005D6705" w:rsidRPr="00B31279" w:rsidRDefault="005920AE" w:rsidP="00B31279">
            <w:pPr>
              <w:spacing w:after="0"/>
              <w:rPr>
                <w:sz w:val="16"/>
                <w:szCs w:val="16"/>
              </w:rPr>
            </w:pPr>
            <w:r w:rsidRPr="00B31279">
              <w:rPr>
                <w:b/>
                <w:sz w:val="16"/>
                <w:szCs w:val="16"/>
              </w:rPr>
              <w:t xml:space="preserve">BÖLÜM / </w:t>
            </w:r>
            <w:r w:rsidR="00B31279" w:rsidRPr="00B31279">
              <w:rPr>
                <w:b/>
                <w:sz w:val="16"/>
                <w:szCs w:val="16"/>
              </w:rPr>
              <w:t>PROGRAM</w:t>
            </w:r>
          </w:p>
        </w:tc>
        <w:tc>
          <w:tcPr>
            <w:tcW w:w="5213" w:type="dxa"/>
            <w:gridSpan w:val="2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580955EE" w14:textId="77777777" w:rsidR="005D6705" w:rsidRPr="00B31279" w:rsidRDefault="005D6705" w:rsidP="00B31279">
            <w:pPr>
              <w:spacing w:after="0"/>
              <w:rPr>
                <w:sz w:val="16"/>
                <w:szCs w:val="16"/>
              </w:rPr>
            </w:pPr>
          </w:p>
        </w:tc>
        <w:tc>
          <w:tcPr>
            <w:tcW w:w="2098" w:type="dxa"/>
            <w:shd w:val="clear" w:color="auto" w:fill="DCE8F4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79327495" w14:textId="77777777" w:rsidR="005D6705" w:rsidRPr="00B31279" w:rsidRDefault="005920AE" w:rsidP="00B31279">
            <w:pPr>
              <w:spacing w:after="0"/>
              <w:rPr>
                <w:sz w:val="16"/>
                <w:szCs w:val="16"/>
              </w:rPr>
            </w:pPr>
            <w:r w:rsidRPr="00B31279">
              <w:rPr>
                <w:b/>
                <w:sz w:val="16"/>
                <w:szCs w:val="16"/>
              </w:rPr>
              <w:t>ÜLKE</w:t>
            </w:r>
          </w:p>
        </w:tc>
        <w:tc>
          <w:tcPr>
            <w:tcW w:w="5213" w:type="dxa"/>
            <w:gridSpan w:val="2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1FAF7244" w14:textId="77777777" w:rsidR="005D6705" w:rsidRPr="00B31279" w:rsidRDefault="005D6705" w:rsidP="00B31279">
            <w:pPr>
              <w:spacing w:after="0"/>
              <w:rPr>
                <w:sz w:val="16"/>
                <w:szCs w:val="16"/>
              </w:rPr>
            </w:pPr>
          </w:p>
        </w:tc>
      </w:tr>
      <w:tr w:rsidR="00B31279" w:rsidRPr="00B31279" w14:paraId="351F91D9" w14:textId="77777777" w:rsidTr="006205B3">
        <w:trPr>
          <w:jc w:val="center"/>
        </w:trPr>
        <w:tc>
          <w:tcPr>
            <w:tcW w:w="2038" w:type="dxa"/>
            <w:shd w:val="clear" w:color="auto" w:fill="DCE8F4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4E9A0736" w14:textId="6E4503A0" w:rsidR="00B31279" w:rsidRPr="00B31279" w:rsidRDefault="00B31279" w:rsidP="00B31279">
            <w:pPr>
              <w:spacing w:after="0"/>
              <w:rPr>
                <w:sz w:val="16"/>
                <w:szCs w:val="16"/>
              </w:rPr>
            </w:pPr>
            <w:proofErr w:type="gramStart"/>
            <w:r w:rsidRPr="00B31279">
              <w:rPr>
                <w:b/>
                <w:sz w:val="16"/>
                <w:szCs w:val="16"/>
              </w:rPr>
              <w:t>ADI -</w:t>
            </w:r>
            <w:proofErr w:type="gramEnd"/>
            <w:r w:rsidRPr="00B31279">
              <w:rPr>
                <w:b/>
                <w:sz w:val="16"/>
                <w:szCs w:val="16"/>
              </w:rPr>
              <w:t xml:space="preserve"> SOYADI</w:t>
            </w:r>
          </w:p>
        </w:tc>
        <w:tc>
          <w:tcPr>
            <w:tcW w:w="5213" w:type="dxa"/>
            <w:gridSpan w:val="2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0613709F" w14:textId="77777777" w:rsidR="00B31279" w:rsidRPr="00B31279" w:rsidRDefault="00B31279" w:rsidP="00B31279">
            <w:pPr>
              <w:spacing w:after="0"/>
              <w:rPr>
                <w:sz w:val="16"/>
                <w:szCs w:val="16"/>
              </w:rPr>
            </w:pPr>
          </w:p>
        </w:tc>
        <w:tc>
          <w:tcPr>
            <w:tcW w:w="2098" w:type="dxa"/>
            <w:shd w:val="clear" w:color="auto" w:fill="DCE8F4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32D43A9C" w14:textId="77777777" w:rsidR="00B31279" w:rsidRPr="00B31279" w:rsidRDefault="00B31279" w:rsidP="00B31279">
            <w:pPr>
              <w:spacing w:after="0"/>
              <w:rPr>
                <w:sz w:val="16"/>
                <w:szCs w:val="16"/>
              </w:rPr>
            </w:pPr>
            <w:r w:rsidRPr="00B31279">
              <w:rPr>
                <w:b/>
                <w:sz w:val="16"/>
                <w:szCs w:val="16"/>
              </w:rPr>
              <w:t>ERASMUS KODU / OID</w:t>
            </w:r>
          </w:p>
        </w:tc>
        <w:tc>
          <w:tcPr>
            <w:tcW w:w="2604" w:type="dxa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3262DAE1" w14:textId="77777777" w:rsidR="00B31279" w:rsidRPr="00B31279" w:rsidRDefault="00B31279" w:rsidP="00B31279">
            <w:pPr>
              <w:spacing w:after="0"/>
              <w:rPr>
                <w:sz w:val="16"/>
                <w:szCs w:val="16"/>
              </w:rPr>
            </w:pPr>
          </w:p>
        </w:tc>
        <w:tc>
          <w:tcPr>
            <w:tcW w:w="2609" w:type="dxa"/>
            <w:vAlign w:val="center"/>
          </w:tcPr>
          <w:p w14:paraId="12D94B04" w14:textId="7F85282A" w:rsidR="00B31279" w:rsidRPr="00B31279" w:rsidRDefault="00B31279" w:rsidP="00B31279">
            <w:pPr>
              <w:spacing w:after="0"/>
              <w:rPr>
                <w:sz w:val="16"/>
                <w:szCs w:val="16"/>
              </w:rPr>
            </w:pPr>
          </w:p>
        </w:tc>
      </w:tr>
      <w:tr w:rsidR="00197061" w:rsidRPr="00B31279" w14:paraId="0F32F158" w14:textId="77777777" w:rsidTr="006205B3">
        <w:trPr>
          <w:jc w:val="center"/>
        </w:trPr>
        <w:tc>
          <w:tcPr>
            <w:tcW w:w="2038" w:type="dxa"/>
            <w:shd w:val="clear" w:color="auto" w:fill="DCE8F4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351651AF" w14:textId="6CEA0A8B" w:rsidR="00197061" w:rsidRPr="00B31279" w:rsidRDefault="00197061" w:rsidP="00B31279">
            <w:pPr>
              <w:spacing w:after="0"/>
              <w:rPr>
                <w:b/>
                <w:sz w:val="16"/>
                <w:szCs w:val="16"/>
              </w:rPr>
            </w:pPr>
            <w:r w:rsidRPr="00B31279">
              <w:rPr>
                <w:b/>
                <w:sz w:val="16"/>
                <w:szCs w:val="16"/>
              </w:rPr>
              <w:t>TCKN / ÖĞRENCİ NO</w:t>
            </w:r>
          </w:p>
        </w:tc>
        <w:tc>
          <w:tcPr>
            <w:tcW w:w="2604" w:type="dxa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5F88976D" w14:textId="77777777" w:rsidR="00197061" w:rsidRPr="00B31279" w:rsidRDefault="00197061" w:rsidP="00B31279">
            <w:pPr>
              <w:spacing w:after="0"/>
              <w:rPr>
                <w:sz w:val="16"/>
                <w:szCs w:val="16"/>
              </w:rPr>
            </w:pPr>
          </w:p>
        </w:tc>
        <w:tc>
          <w:tcPr>
            <w:tcW w:w="2609" w:type="dxa"/>
            <w:vAlign w:val="center"/>
          </w:tcPr>
          <w:p w14:paraId="344887AF" w14:textId="5ED65505" w:rsidR="00197061" w:rsidRPr="00B31279" w:rsidRDefault="00197061" w:rsidP="00B31279">
            <w:pPr>
              <w:spacing w:after="0"/>
              <w:rPr>
                <w:sz w:val="16"/>
                <w:szCs w:val="16"/>
              </w:rPr>
            </w:pPr>
          </w:p>
        </w:tc>
        <w:tc>
          <w:tcPr>
            <w:tcW w:w="2098" w:type="dxa"/>
            <w:shd w:val="clear" w:color="auto" w:fill="DCE8F4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5D8A07A2" w14:textId="0688B9CC" w:rsidR="00197061" w:rsidRPr="00B31279" w:rsidRDefault="006205B3" w:rsidP="00B31279">
            <w:pPr>
              <w:spacing w:after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STAJ TARİHLERİ</w:t>
            </w:r>
          </w:p>
        </w:tc>
        <w:tc>
          <w:tcPr>
            <w:tcW w:w="5213" w:type="dxa"/>
            <w:gridSpan w:val="2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1353C17F" w14:textId="19EE7AA5" w:rsidR="00197061" w:rsidRPr="00B31279" w:rsidRDefault="00197061" w:rsidP="00B31279">
            <w:pPr>
              <w:spacing w:after="0"/>
              <w:rPr>
                <w:sz w:val="16"/>
                <w:szCs w:val="16"/>
              </w:rPr>
            </w:pPr>
          </w:p>
        </w:tc>
      </w:tr>
    </w:tbl>
    <w:p w14:paraId="53A65EB1" w14:textId="77777777" w:rsidR="005D6705" w:rsidRPr="00B31279" w:rsidRDefault="005D6705">
      <w:pPr>
        <w:spacing w:after="40"/>
      </w:pPr>
    </w:p>
    <w:tbl>
      <w:tblPr>
        <w:tblW w:w="5000" w:type="pct"/>
        <w:jc w:val="center"/>
        <w:tblBorders>
          <w:top w:val="single" w:sz="8" w:space="0" w:color="7A8CA5"/>
          <w:left w:val="single" w:sz="8" w:space="0" w:color="7A8CA5"/>
          <w:bottom w:val="single" w:sz="8" w:space="0" w:color="7A8CA5"/>
          <w:right w:val="single" w:sz="8" w:space="0" w:color="7A8CA5"/>
          <w:insideH w:val="single" w:sz="6" w:space="0" w:color="9FB1C8"/>
          <w:insideV w:val="single" w:sz="6" w:space="0" w:color="9FB1C8"/>
        </w:tblBorders>
        <w:tblLayout w:type="fixed"/>
        <w:tblLook w:val="04A0" w:firstRow="1" w:lastRow="0" w:firstColumn="1" w:lastColumn="0" w:noHBand="0" w:noVBand="1"/>
      </w:tblPr>
      <w:tblGrid>
        <w:gridCol w:w="6086"/>
        <w:gridCol w:w="850"/>
        <w:gridCol w:w="5245"/>
        <w:gridCol w:w="775"/>
        <w:gridCol w:w="1596"/>
      </w:tblGrid>
      <w:tr w:rsidR="004C6B64" w:rsidRPr="00B31279" w14:paraId="7D62FF98" w14:textId="24742CF2" w:rsidTr="006823B4">
        <w:trPr>
          <w:jc w:val="center"/>
        </w:trPr>
        <w:tc>
          <w:tcPr>
            <w:tcW w:w="6936" w:type="dxa"/>
            <w:gridSpan w:val="2"/>
            <w:shd w:val="clear" w:color="auto" w:fill="1F4E78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2ACCD449" w14:textId="3C295612" w:rsidR="004C6B64" w:rsidRDefault="004C6B64" w:rsidP="00F822B2">
            <w:pPr>
              <w:spacing w:after="0"/>
              <w:rPr>
                <w:rFonts w:cs="Arial"/>
                <w:b/>
                <w:color w:val="FFFFFF"/>
                <w:sz w:val="18"/>
                <w:szCs w:val="18"/>
              </w:rPr>
            </w:pPr>
            <w:r w:rsidRPr="006205B3">
              <w:rPr>
                <w:rFonts w:cs="Arial"/>
                <w:b/>
                <w:color w:val="FFFFFF"/>
                <w:sz w:val="18"/>
                <w:szCs w:val="18"/>
              </w:rPr>
              <w:t xml:space="preserve">MİSAFİR OLUNAN KURULUŞTA </w:t>
            </w:r>
            <w:r>
              <w:rPr>
                <w:rFonts w:cs="Arial"/>
                <w:b/>
                <w:color w:val="FFFFFF"/>
                <w:sz w:val="18"/>
                <w:szCs w:val="18"/>
              </w:rPr>
              <w:t>YAPILAN</w:t>
            </w:r>
            <w:r w:rsidRPr="006205B3">
              <w:rPr>
                <w:rFonts w:cs="Arial"/>
                <w:b/>
                <w:color w:val="FFFFFF"/>
                <w:sz w:val="18"/>
                <w:szCs w:val="18"/>
              </w:rPr>
              <w:t xml:space="preserve"> STAJ</w:t>
            </w:r>
          </w:p>
          <w:p w14:paraId="557CF489" w14:textId="0EF8C84B" w:rsidR="004C6B64" w:rsidRPr="00250D3D" w:rsidRDefault="004C6B64" w:rsidP="00F822B2">
            <w:pPr>
              <w:spacing w:after="0"/>
              <w:rPr>
                <w:rFonts w:cs="Arial"/>
                <w:b/>
                <w:color w:val="FFFFFF"/>
                <w:sz w:val="18"/>
                <w:szCs w:val="18"/>
              </w:rPr>
            </w:pPr>
            <w:r w:rsidRPr="006205B3">
              <w:rPr>
                <w:rFonts w:cs="Arial"/>
                <w:b/>
                <w:color w:val="FFFFFF"/>
                <w:sz w:val="18"/>
                <w:szCs w:val="18"/>
              </w:rPr>
              <w:t>(</w:t>
            </w:r>
            <w:proofErr w:type="gramStart"/>
            <w:r w:rsidRPr="006205B3">
              <w:rPr>
                <w:rFonts w:cs="Arial"/>
                <w:b/>
                <w:color w:val="FFFFFF"/>
                <w:sz w:val="18"/>
                <w:szCs w:val="18"/>
              </w:rPr>
              <w:t>sadece</w:t>
            </w:r>
            <w:proofErr w:type="gramEnd"/>
            <w:r w:rsidRPr="006205B3">
              <w:rPr>
                <w:rFonts w:cs="Arial"/>
                <w:b/>
                <w:color w:val="FFFFFF"/>
                <w:sz w:val="18"/>
                <w:szCs w:val="18"/>
              </w:rPr>
              <w:t xml:space="preserve"> zorunlu staj için</w:t>
            </w:r>
            <w:r>
              <w:rPr>
                <w:rFonts w:cs="Arial"/>
                <w:b/>
                <w:color w:val="FFFFFF"/>
                <w:sz w:val="18"/>
                <w:szCs w:val="18"/>
              </w:rPr>
              <w:t>)</w:t>
            </w:r>
          </w:p>
        </w:tc>
        <w:tc>
          <w:tcPr>
            <w:tcW w:w="7616" w:type="dxa"/>
            <w:gridSpan w:val="3"/>
            <w:shd w:val="clear" w:color="auto" w:fill="1F4E78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3BDE4FEC" w14:textId="63369F9D" w:rsidR="004C6B64" w:rsidRDefault="004C6B64" w:rsidP="00F822B2">
            <w:pPr>
              <w:spacing w:after="0"/>
              <w:rPr>
                <w:rFonts w:cs="Arial"/>
                <w:b/>
                <w:color w:val="FFFFFF"/>
                <w:sz w:val="18"/>
                <w:szCs w:val="18"/>
              </w:rPr>
            </w:pPr>
            <w:proofErr w:type="gramStart"/>
            <w:r w:rsidRPr="00250D3D">
              <w:rPr>
                <w:rFonts w:cs="Arial"/>
                <w:b/>
                <w:color w:val="FFFFFF"/>
                <w:sz w:val="18"/>
                <w:szCs w:val="18"/>
              </w:rPr>
              <w:t>HAKKARİ</w:t>
            </w:r>
            <w:proofErr w:type="gramEnd"/>
            <w:r w:rsidRPr="00250D3D">
              <w:rPr>
                <w:rFonts w:cs="Arial"/>
                <w:b/>
                <w:color w:val="FFFFFF"/>
                <w:sz w:val="18"/>
                <w:szCs w:val="18"/>
              </w:rPr>
              <w:t xml:space="preserve"> ÜNİVERSİTESİNDE EŞDEĞER </w:t>
            </w:r>
            <w:r w:rsidR="00C7772A">
              <w:rPr>
                <w:rFonts w:cs="Arial"/>
                <w:b/>
                <w:color w:val="FFFFFF"/>
                <w:sz w:val="18"/>
                <w:szCs w:val="18"/>
              </w:rPr>
              <w:t xml:space="preserve">SAYILAN </w:t>
            </w:r>
            <w:r>
              <w:rPr>
                <w:rFonts w:cs="Arial"/>
                <w:b/>
                <w:color w:val="FFFFFF"/>
                <w:sz w:val="18"/>
                <w:szCs w:val="18"/>
              </w:rPr>
              <w:t xml:space="preserve">STAJ </w:t>
            </w:r>
          </w:p>
          <w:p w14:paraId="17ECF5F1" w14:textId="5AACE4BA" w:rsidR="004C6B64" w:rsidRPr="00250D3D" w:rsidRDefault="004C6B64" w:rsidP="00F822B2">
            <w:pPr>
              <w:spacing w:after="0"/>
              <w:rPr>
                <w:rFonts w:cs="Arial"/>
                <w:b/>
                <w:color w:val="FFFFFF"/>
                <w:sz w:val="18"/>
                <w:szCs w:val="18"/>
              </w:rPr>
            </w:pPr>
            <w:r w:rsidRPr="006205B3">
              <w:rPr>
                <w:rFonts w:cs="Arial"/>
                <w:b/>
                <w:color w:val="FFFFFF"/>
                <w:sz w:val="18"/>
                <w:szCs w:val="18"/>
              </w:rPr>
              <w:t>(</w:t>
            </w:r>
            <w:proofErr w:type="gramStart"/>
            <w:r w:rsidRPr="006205B3">
              <w:rPr>
                <w:rFonts w:cs="Arial"/>
                <w:b/>
                <w:color w:val="FFFFFF"/>
                <w:sz w:val="18"/>
                <w:szCs w:val="18"/>
              </w:rPr>
              <w:t>sadece</w:t>
            </w:r>
            <w:proofErr w:type="gramEnd"/>
            <w:r w:rsidRPr="006205B3">
              <w:rPr>
                <w:rFonts w:cs="Arial"/>
                <w:b/>
                <w:color w:val="FFFFFF"/>
                <w:sz w:val="18"/>
                <w:szCs w:val="18"/>
              </w:rPr>
              <w:t xml:space="preserve"> zorunlu staj için</w:t>
            </w:r>
            <w:r>
              <w:rPr>
                <w:rFonts w:cs="Arial"/>
                <w:b/>
                <w:color w:val="FFFFFF"/>
                <w:sz w:val="18"/>
                <w:szCs w:val="18"/>
              </w:rPr>
              <w:t>)</w:t>
            </w:r>
          </w:p>
        </w:tc>
      </w:tr>
      <w:tr w:rsidR="004C6B64" w:rsidRPr="00B31279" w14:paraId="1D6FC18E" w14:textId="78A3D09A" w:rsidTr="006823B4">
        <w:trPr>
          <w:jc w:val="center"/>
        </w:trPr>
        <w:tc>
          <w:tcPr>
            <w:tcW w:w="6086" w:type="dxa"/>
            <w:shd w:val="clear" w:color="auto" w:fill="DCE8F4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0EA3DA01" w14:textId="507DFA62" w:rsidR="004C6B64" w:rsidRPr="00197061" w:rsidRDefault="004C6B64" w:rsidP="00F822B2">
            <w:pPr>
              <w:spacing w:after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STAJIN KONUSU</w:t>
            </w:r>
          </w:p>
        </w:tc>
        <w:tc>
          <w:tcPr>
            <w:tcW w:w="850" w:type="dxa"/>
            <w:shd w:val="clear" w:color="auto" w:fill="DCE8F4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75525581" w14:textId="2FBF2998" w:rsidR="004C6B64" w:rsidRPr="00197061" w:rsidRDefault="004C6B64" w:rsidP="00F822B2">
            <w:pPr>
              <w:spacing w:after="0"/>
              <w:rPr>
                <w:rFonts w:cs="Arial"/>
                <w:sz w:val="16"/>
                <w:szCs w:val="16"/>
              </w:rPr>
            </w:pPr>
            <w:r w:rsidRPr="00197061">
              <w:rPr>
                <w:rFonts w:cs="Arial"/>
                <w:b/>
                <w:sz w:val="16"/>
                <w:szCs w:val="16"/>
              </w:rPr>
              <w:t>AKTS</w:t>
            </w:r>
          </w:p>
        </w:tc>
        <w:tc>
          <w:tcPr>
            <w:tcW w:w="5245" w:type="dxa"/>
            <w:shd w:val="clear" w:color="auto" w:fill="DCE8F4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19439406" w14:textId="13D75059" w:rsidR="004C6B64" w:rsidRPr="00197061" w:rsidRDefault="004C6B64" w:rsidP="00F822B2">
            <w:pPr>
              <w:spacing w:after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STAJIN KONUSU</w:t>
            </w:r>
          </w:p>
        </w:tc>
        <w:tc>
          <w:tcPr>
            <w:tcW w:w="775" w:type="dxa"/>
            <w:shd w:val="clear" w:color="auto" w:fill="DCE8F4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509273C2" w14:textId="77777777" w:rsidR="004C6B64" w:rsidRPr="00197061" w:rsidRDefault="004C6B64" w:rsidP="00F822B2">
            <w:pPr>
              <w:spacing w:after="0"/>
              <w:rPr>
                <w:rFonts w:cs="Arial"/>
                <w:sz w:val="16"/>
                <w:szCs w:val="16"/>
              </w:rPr>
            </w:pPr>
            <w:r w:rsidRPr="00197061">
              <w:rPr>
                <w:rFonts w:cs="Arial"/>
                <w:b/>
                <w:sz w:val="16"/>
                <w:szCs w:val="16"/>
              </w:rPr>
              <w:t>AKTS</w:t>
            </w:r>
          </w:p>
        </w:tc>
        <w:tc>
          <w:tcPr>
            <w:tcW w:w="1596" w:type="dxa"/>
            <w:shd w:val="clear" w:color="auto" w:fill="DCE8F4"/>
          </w:tcPr>
          <w:p w14:paraId="3F868AAC" w14:textId="34E44D20" w:rsidR="004C6B64" w:rsidRPr="00197061" w:rsidRDefault="004C6B64" w:rsidP="00F822B2">
            <w:pPr>
              <w:spacing w:after="0"/>
              <w:rPr>
                <w:rFonts w:cs="Arial"/>
                <w:b/>
                <w:sz w:val="16"/>
                <w:szCs w:val="16"/>
              </w:rPr>
            </w:pPr>
            <w:r w:rsidRPr="004C6B64">
              <w:rPr>
                <w:rFonts w:cs="Arial"/>
                <w:b/>
                <w:sz w:val="16"/>
                <w:szCs w:val="16"/>
              </w:rPr>
              <w:t>BAŞARILI / BAŞARISIZ</w:t>
            </w:r>
          </w:p>
        </w:tc>
      </w:tr>
      <w:tr w:rsidR="004C6B64" w:rsidRPr="00B31279" w14:paraId="377DBD8E" w14:textId="2782C386" w:rsidTr="006823B4">
        <w:trPr>
          <w:trHeight w:val="300"/>
          <w:jc w:val="center"/>
        </w:trPr>
        <w:tc>
          <w:tcPr>
            <w:tcW w:w="6086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209CBBB3" w14:textId="77777777" w:rsidR="004C6B64" w:rsidRPr="00197061" w:rsidRDefault="004C6B64" w:rsidP="00197061">
            <w:pPr>
              <w:spacing w:after="0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2FAB22F0" w14:textId="77777777" w:rsidR="004C6B64" w:rsidRPr="00197061" w:rsidRDefault="004C6B64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245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13923971" w14:textId="0F115DF7" w:rsidR="004C6B64" w:rsidRPr="00197061" w:rsidRDefault="004C6B64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775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6BB26FF3" w14:textId="77777777" w:rsidR="004C6B64" w:rsidRPr="00197061" w:rsidRDefault="004C6B64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596" w:type="dxa"/>
          </w:tcPr>
          <w:p w14:paraId="5E93B9C1" w14:textId="77777777" w:rsidR="004C6B64" w:rsidRPr="00197061" w:rsidRDefault="004C6B64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</w:tr>
    </w:tbl>
    <w:p w14:paraId="0F1167D1" w14:textId="77777777" w:rsidR="005D6705" w:rsidRPr="00B31279" w:rsidRDefault="005D6705">
      <w:pPr>
        <w:spacing w:after="20"/>
      </w:pPr>
    </w:p>
    <w:p w14:paraId="7741DCCB" w14:textId="77777777" w:rsidR="00DB6CE0" w:rsidRDefault="00DB6CE0">
      <w:pPr>
        <w:rPr>
          <w:b/>
          <w:color w:val="1A365D"/>
          <w:sz w:val="18"/>
        </w:rPr>
      </w:pPr>
      <w:r>
        <w:rPr>
          <w:b/>
          <w:color w:val="1A365D"/>
          <w:sz w:val="18"/>
        </w:rPr>
        <w:br w:type="page"/>
      </w:r>
    </w:p>
    <w:p w14:paraId="29C8702E" w14:textId="447CCF2A" w:rsidR="005D6705" w:rsidRPr="00B31279" w:rsidRDefault="00197061" w:rsidP="00B31279">
      <w:pPr>
        <w:rPr>
          <w:b/>
          <w:color w:val="1A365D"/>
          <w:sz w:val="18"/>
        </w:rPr>
      </w:pPr>
      <w:r>
        <w:rPr>
          <w:b/>
          <w:color w:val="1A365D"/>
          <w:sz w:val="18"/>
        </w:rPr>
        <w:lastRenderedPageBreak/>
        <w:t>A</w:t>
      </w:r>
      <w:r w:rsidRPr="00B31279">
        <w:rPr>
          <w:b/>
          <w:color w:val="1A365D"/>
          <w:sz w:val="18"/>
        </w:rPr>
        <w:t>çıklamalar</w:t>
      </w:r>
      <w:r w:rsidR="00BD10CE">
        <w:rPr>
          <w:b/>
          <w:color w:val="1A365D"/>
          <w:sz w:val="18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81"/>
        <w:gridCol w:w="7281"/>
      </w:tblGrid>
      <w:tr w:rsidR="005D6705" w:rsidRPr="00DB6CE0" w14:paraId="2DE7F501" w14:textId="77777777" w:rsidTr="00197061">
        <w:trPr>
          <w:jc w:val="center"/>
        </w:trPr>
        <w:tc>
          <w:tcPr>
            <w:tcW w:w="7370" w:type="dxa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984517B" w14:textId="598FF044" w:rsidR="005D6705" w:rsidRPr="00BD10CE" w:rsidRDefault="005920AE" w:rsidP="00BD10CE">
            <w:pPr>
              <w:spacing w:after="0" w:line="240" w:lineRule="auto"/>
              <w:ind w:left="85"/>
              <w:jc w:val="both"/>
              <w:rPr>
                <w:sz w:val="18"/>
                <w:szCs w:val="28"/>
              </w:rPr>
            </w:pPr>
            <w:r w:rsidRPr="00BD10CE">
              <w:rPr>
                <w:sz w:val="18"/>
                <w:szCs w:val="28"/>
              </w:rPr>
              <w:t>1.</w:t>
            </w:r>
            <w:r w:rsidR="00C7772A">
              <w:t xml:space="preserve"> </w:t>
            </w:r>
            <w:r w:rsidR="00C7772A" w:rsidRPr="00C7772A">
              <w:rPr>
                <w:sz w:val="18"/>
                <w:szCs w:val="28"/>
              </w:rPr>
              <w:t>Yukarıdaki tabloda, Erasmus+ öğrencisinin misafir olduğu kurum/kuruluşta gerçekleştirmiş olduğu staj faaliyetine ilişkin bilgiler ile bu faaliyetin Hakkâri Üniversitesi müfredatında karşılık sayılan zorunlu staj bilgileri gösterilmiştir.</w:t>
            </w:r>
          </w:p>
        </w:tc>
        <w:tc>
          <w:tcPr>
            <w:tcW w:w="7370" w:type="dxa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4369B13" w14:textId="5A0A3EEE" w:rsidR="005D6705" w:rsidRPr="00BD10CE" w:rsidRDefault="005920AE" w:rsidP="00BD10CE">
            <w:pPr>
              <w:spacing w:after="0" w:line="240" w:lineRule="auto"/>
              <w:ind w:left="85"/>
              <w:jc w:val="both"/>
              <w:rPr>
                <w:sz w:val="18"/>
                <w:szCs w:val="28"/>
              </w:rPr>
            </w:pPr>
            <w:r w:rsidRPr="00BD10CE">
              <w:rPr>
                <w:sz w:val="18"/>
                <w:szCs w:val="28"/>
              </w:rPr>
              <w:t xml:space="preserve">4. </w:t>
            </w:r>
            <w:r w:rsidR="00C7772A" w:rsidRPr="00C7772A">
              <w:rPr>
                <w:sz w:val="18"/>
                <w:szCs w:val="28"/>
              </w:rPr>
              <w:t xml:space="preserve">Staj İntibak B Tablosu; öğrencinin sunduğu Katılım Belgesi, Staj Anlaşmasının “Evaluation of </w:t>
            </w:r>
            <w:proofErr w:type="spellStart"/>
            <w:r w:rsidR="00C7772A" w:rsidRPr="00C7772A">
              <w:rPr>
                <w:sz w:val="18"/>
                <w:szCs w:val="28"/>
              </w:rPr>
              <w:t>the</w:t>
            </w:r>
            <w:proofErr w:type="spellEnd"/>
            <w:r w:rsidR="00C7772A" w:rsidRPr="00C7772A">
              <w:rPr>
                <w:sz w:val="18"/>
                <w:szCs w:val="28"/>
              </w:rPr>
              <w:t xml:space="preserve"> </w:t>
            </w:r>
            <w:proofErr w:type="spellStart"/>
            <w:r w:rsidR="00C7772A" w:rsidRPr="00C7772A">
              <w:rPr>
                <w:sz w:val="18"/>
                <w:szCs w:val="28"/>
              </w:rPr>
              <w:t>Trainee</w:t>
            </w:r>
            <w:proofErr w:type="spellEnd"/>
            <w:r w:rsidR="00C7772A" w:rsidRPr="00C7772A">
              <w:rPr>
                <w:sz w:val="18"/>
                <w:szCs w:val="28"/>
              </w:rPr>
              <w:t>” bölümü, varsa staj sertifikası ve diğer ilgili evraklar dikkate alınarak hazırlanır.</w:t>
            </w:r>
          </w:p>
        </w:tc>
      </w:tr>
      <w:tr w:rsidR="005D6705" w:rsidRPr="00DB6CE0" w14:paraId="23FE71D8" w14:textId="77777777" w:rsidTr="00197061">
        <w:trPr>
          <w:jc w:val="center"/>
        </w:trPr>
        <w:tc>
          <w:tcPr>
            <w:tcW w:w="7370" w:type="dxa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6AEFDAE" w14:textId="5486060E" w:rsidR="005D6705" w:rsidRPr="00BD10CE" w:rsidRDefault="005920AE" w:rsidP="00BD10CE">
            <w:pPr>
              <w:spacing w:after="0" w:line="240" w:lineRule="auto"/>
              <w:ind w:left="85"/>
              <w:jc w:val="both"/>
              <w:rPr>
                <w:sz w:val="18"/>
                <w:szCs w:val="28"/>
              </w:rPr>
            </w:pPr>
            <w:r w:rsidRPr="00BD10CE">
              <w:rPr>
                <w:sz w:val="18"/>
                <w:szCs w:val="28"/>
              </w:rPr>
              <w:t>2.</w:t>
            </w:r>
            <w:r w:rsidR="00C7772A">
              <w:t xml:space="preserve"> </w:t>
            </w:r>
            <w:r w:rsidR="00C7772A" w:rsidRPr="00C7772A">
              <w:rPr>
                <w:sz w:val="18"/>
                <w:szCs w:val="28"/>
              </w:rPr>
              <w:t>Yukarıdaki tabloda, öğrencinin yurt dışında gerçekleştirdiği staj faaliyetinin konusu, içeriği, süresi ve varsa AKTS değeri dikkate alınarak, Hakkâri Üniversitesi müfredatında karşılık sayılması uygun görülen zorunlu staj bilgileri yer almaktadır.</w:t>
            </w:r>
          </w:p>
        </w:tc>
        <w:tc>
          <w:tcPr>
            <w:tcW w:w="7370" w:type="dxa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7246DFA3" w14:textId="73D0462E" w:rsidR="005D6705" w:rsidRPr="00BD10CE" w:rsidRDefault="005920AE" w:rsidP="00BD10CE">
            <w:pPr>
              <w:spacing w:after="0" w:line="240" w:lineRule="auto"/>
              <w:ind w:left="85"/>
              <w:jc w:val="both"/>
              <w:rPr>
                <w:sz w:val="18"/>
                <w:szCs w:val="28"/>
              </w:rPr>
            </w:pPr>
            <w:r w:rsidRPr="00BD10CE">
              <w:rPr>
                <w:sz w:val="18"/>
                <w:szCs w:val="28"/>
              </w:rPr>
              <w:t xml:space="preserve">5. </w:t>
            </w:r>
            <w:r w:rsidR="00C7772A" w:rsidRPr="00C7772A">
              <w:rPr>
                <w:sz w:val="18"/>
                <w:szCs w:val="28"/>
              </w:rPr>
              <w:t xml:space="preserve">Öğrenci, hareketlilik sonrasında staj faaliyetine ilişkin belgeler doğrultusunda Erasmus+ Bölüm Koordinatörü ile birlikte </w:t>
            </w:r>
            <w:r w:rsidR="00C7772A">
              <w:rPr>
                <w:sz w:val="18"/>
                <w:szCs w:val="28"/>
              </w:rPr>
              <w:t>bu belgeyi</w:t>
            </w:r>
            <w:r w:rsidR="00C7772A" w:rsidRPr="00C7772A">
              <w:rPr>
                <w:sz w:val="18"/>
                <w:szCs w:val="28"/>
              </w:rPr>
              <w:t xml:space="preserve"> hazırlar. Belgenin ilgili imza süreçleri tamamlandıktan sonra, Nihai İntibak Talep Dilekçesi ekinde ilgili akademik birime sunulur ve yönetim kurulu kararı alınmak üzere işleme konulur.</w:t>
            </w:r>
          </w:p>
        </w:tc>
      </w:tr>
      <w:tr w:rsidR="005D6705" w:rsidRPr="00DB6CE0" w14:paraId="1960CD7A" w14:textId="77777777" w:rsidTr="00197061">
        <w:trPr>
          <w:jc w:val="center"/>
        </w:trPr>
        <w:tc>
          <w:tcPr>
            <w:tcW w:w="7370" w:type="dxa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7362283C" w14:textId="1051B0DA" w:rsidR="005D6705" w:rsidRPr="00BD10CE" w:rsidRDefault="005920AE" w:rsidP="00BD10CE">
            <w:pPr>
              <w:spacing w:after="0" w:line="240" w:lineRule="auto"/>
              <w:ind w:left="85"/>
              <w:jc w:val="both"/>
              <w:rPr>
                <w:sz w:val="18"/>
                <w:szCs w:val="28"/>
              </w:rPr>
            </w:pPr>
            <w:r w:rsidRPr="00BD10CE">
              <w:rPr>
                <w:sz w:val="18"/>
                <w:szCs w:val="28"/>
              </w:rPr>
              <w:t xml:space="preserve">3. </w:t>
            </w:r>
            <w:r w:rsidR="00C7772A" w:rsidRPr="00C7772A">
              <w:rPr>
                <w:sz w:val="18"/>
                <w:szCs w:val="28"/>
              </w:rPr>
              <w:t xml:space="preserve">Öğrenci, bu tabloda belirtilen staj faaliyetine ilişkin bilgilerin sunduğu Katılım Belgesi, Staj Anlaşmasının “Evaluation of </w:t>
            </w:r>
            <w:proofErr w:type="spellStart"/>
            <w:r w:rsidR="00C7772A" w:rsidRPr="00C7772A">
              <w:rPr>
                <w:sz w:val="18"/>
                <w:szCs w:val="28"/>
              </w:rPr>
              <w:t>the</w:t>
            </w:r>
            <w:proofErr w:type="spellEnd"/>
            <w:r w:rsidR="00C7772A" w:rsidRPr="00C7772A">
              <w:rPr>
                <w:sz w:val="18"/>
                <w:szCs w:val="28"/>
              </w:rPr>
              <w:t xml:space="preserve"> </w:t>
            </w:r>
            <w:proofErr w:type="spellStart"/>
            <w:r w:rsidR="00C7772A" w:rsidRPr="00C7772A">
              <w:rPr>
                <w:sz w:val="18"/>
                <w:szCs w:val="28"/>
              </w:rPr>
              <w:t>Trainee</w:t>
            </w:r>
            <w:proofErr w:type="spellEnd"/>
            <w:r w:rsidR="00C7772A" w:rsidRPr="00C7772A">
              <w:rPr>
                <w:sz w:val="18"/>
                <w:szCs w:val="28"/>
              </w:rPr>
              <w:t>” bölümü, varsa staj sertifikası ve diğer ilgili belgelerle uyumlu olduğunu beyan eder ve intibak işlemlerinin bu bilgiler esas alınarak değerlendirilmesini talep eder.</w:t>
            </w:r>
          </w:p>
        </w:tc>
        <w:tc>
          <w:tcPr>
            <w:tcW w:w="7370" w:type="dxa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17AE6B8D" w14:textId="3058A5E2" w:rsidR="005D6705" w:rsidRPr="00BD10CE" w:rsidRDefault="005920AE" w:rsidP="00BD10CE">
            <w:pPr>
              <w:spacing w:after="0" w:line="240" w:lineRule="auto"/>
              <w:ind w:left="85"/>
              <w:jc w:val="both"/>
              <w:rPr>
                <w:sz w:val="18"/>
                <w:szCs w:val="28"/>
              </w:rPr>
            </w:pPr>
            <w:r w:rsidRPr="00BD10CE">
              <w:rPr>
                <w:sz w:val="18"/>
                <w:szCs w:val="28"/>
              </w:rPr>
              <w:t xml:space="preserve">6. </w:t>
            </w:r>
            <w:r w:rsidR="00C7772A" w:rsidRPr="00C7772A">
              <w:rPr>
                <w:sz w:val="18"/>
                <w:szCs w:val="28"/>
              </w:rPr>
              <w:t>Yukarıdaki tabloda belirtilen staj faaliyetinin tanınması ve öğrencinin zorunlu staj yükümlülüğüne sayılması, ilgili akademik birim tarafından uygun görülmesi ve yönetim kurulu kararı ile kesinleşir.</w:t>
            </w:r>
          </w:p>
        </w:tc>
      </w:tr>
    </w:tbl>
    <w:p w14:paraId="31B77F36" w14:textId="77777777" w:rsidR="005D6705" w:rsidRPr="00B31279" w:rsidRDefault="005D6705">
      <w:pPr>
        <w:spacing w:after="40"/>
      </w:pPr>
    </w:p>
    <w:tbl>
      <w:tblPr>
        <w:tblW w:w="5000" w:type="pct"/>
        <w:jc w:val="center"/>
        <w:tblBorders>
          <w:top w:val="single" w:sz="6" w:space="0" w:color="9FB1C8"/>
          <w:left w:val="single" w:sz="6" w:space="0" w:color="9FB1C8"/>
          <w:bottom w:val="single" w:sz="6" w:space="0" w:color="9FB1C8"/>
          <w:right w:val="single" w:sz="6" w:space="0" w:color="9FB1C8"/>
          <w:insideH w:val="single" w:sz="6" w:space="0" w:color="D1DAE6"/>
          <w:insideV w:val="single" w:sz="6" w:space="0" w:color="D1DAE6"/>
        </w:tblBorders>
        <w:tblLayout w:type="fixed"/>
        <w:tblLook w:val="04A0" w:firstRow="1" w:lastRow="0" w:firstColumn="1" w:lastColumn="0" w:noHBand="0" w:noVBand="1"/>
      </w:tblPr>
      <w:tblGrid>
        <w:gridCol w:w="4103"/>
        <w:gridCol w:w="3686"/>
        <w:gridCol w:w="6767"/>
      </w:tblGrid>
      <w:tr w:rsidR="004C6B64" w:rsidRPr="00B31279" w14:paraId="1C2739DD" w14:textId="77777777" w:rsidTr="004C6B64">
        <w:trPr>
          <w:jc w:val="center"/>
        </w:trPr>
        <w:tc>
          <w:tcPr>
            <w:tcW w:w="4103" w:type="dxa"/>
            <w:shd w:val="clear" w:color="auto" w:fill="DCE8F4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50895BD9" w14:textId="1907E455" w:rsidR="004C6B64" w:rsidRPr="00250D3D" w:rsidRDefault="004C6B64" w:rsidP="00250D3D">
            <w:pPr>
              <w:spacing w:after="0"/>
              <w:rPr>
                <w:sz w:val="18"/>
                <w:szCs w:val="24"/>
              </w:rPr>
            </w:pPr>
            <w:r w:rsidRPr="00250D3D">
              <w:rPr>
                <w:b/>
                <w:sz w:val="18"/>
                <w:szCs w:val="24"/>
              </w:rPr>
              <w:t>ERASMUS+ BÖLÜM</w:t>
            </w:r>
            <w:r>
              <w:rPr>
                <w:b/>
                <w:sz w:val="18"/>
                <w:szCs w:val="24"/>
              </w:rPr>
              <w:t xml:space="preserve"> </w:t>
            </w:r>
            <w:r w:rsidRPr="00250D3D">
              <w:rPr>
                <w:b/>
                <w:sz w:val="18"/>
                <w:szCs w:val="24"/>
              </w:rPr>
              <w:t>KOORDİNATÖRÜ</w:t>
            </w:r>
          </w:p>
        </w:tc>
        <w:tc>
          <w:tcPr>
            <w:tcW w:w="3686" w:type="dxa"/>
            <w:shd w:val="clear" w:color="auto" w:fill="DCE8F4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40956FC5" w14:textId="77777777" w:rsidR="004C6B64" w:rsidRPr="00250D3D" w:rsidRDefault="004C6B64" w:rsidP="00250D3D">
            <w:pPr>
              <w:spacing w:after="0"/>
              <w:rPr>
                <w:sz w:val="18"/>
                <w:szCs w:val="24"/>
              </w:rPr>
            </w:pPr>
            <w:r w:rsidRPr="00250D3D">
              <w:rPr>
                <w:b/>
                <w:sz w:val="18"/>
                <w:szCs w:val="24"/>
              </w:rPr>
              <w:t>BÖLÜM BAŞKANI</w:t>
            </w:r>
          </w:p>
        </w:tc>
        <w:tc>
          <w:tcPr>
            <w:tcW w:w="6767" w:type="dxa"/>
            <w:shd w:val="clear" w:color="auto" w:fill="DCE8F4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3FEDAD89" w14:textId="77777777" w:rsidR="004C6B64" w:rsidRPr="00250D3D" w:rsidRDefault="004C6B64" w:rsidP="00250D3D">
            <w:pPr>
              <w:spacing w:after="0"/>
              <w:rPr>
                <w:sz w:val="18"/>
                <w:szCs w:val="24"/>
              </w:rPr>
            </w:pPr>
            <w:r w:rsidRPr="00250D3D">
              <w:rPr>
                <w:b/>
                <w:sz w:val="18"/>
                <w:szCs w:val="24"/>
              </w:rPr>
              <w:t>BÖLÜM İNTİBAK KOMİSYONU</w:t>
            </w:r>
          </w:p>
        </w:tc>
      </w:tr>
      <w:tr w:rsidR="004C6B64" w:rsidRPr="00B31279" w14:paraId="5AC12A5C" w14:textId="77777777" w:rsidTr="004C6B64">
        <w:trPr>
          <w:trHeight w:val="882"/>
          <w:jc w:val="center"/>
        </w:trPr>
        <w:tc>
          <w:tcPr>
            <w:tcW w:w="4103" w:type="dxa"/>
            <w:tcMar>
              <w:top w:w="45" w:type="dxa"/>
              <w:left w:w="80" w:type="dxa"/>
              <w:bottom w:w="45" w:type="dxa"/>
              <w:right w:w="80" w:type="dxa"/>
            </w:tcMar>
          </w:tcPr>
          <w:p w14:paraId="5E8A9A73" w14:textId="77777777" w:rsidR="004C6B64" w:rsidRPr="00B31279" w:rsidRDefault="004C6B64" w:rsidP="00BD10CE">
            <w:pPr>
              <w:spacing w:after="0"/>
            </w:pPr>
            <w:r w:rsidRPr="00B31279">
              <w:rPr>
                <w:b/>
                <w:sz w:val="16"/>
              </w:rPr>
              <w:t>ADI-SOYADI:</w:t>
            </w:r>
          </w:p>
        </w:tc>
        <w:tc>
          <w:tcPr>
            <w:tcW w:w="3686" w:type="dxa"/>
            <w:tcMar>
              <w:top w:w="45" w:type="dxa"/>
              <w:left w:w="80" w:type="dxa"/>
              <w:bottom w:w="45" w:type="dxa"/>
              <w:right w:w="80" w:type="dxa"/>
            </w:tcMar>
          </w:tcPr>
          <w:p w14:paraId="06541EA0" w14:textId="77777777" w:rsidR="004C6B64" w:rsidRPr="00B31279" w:rsidRDefault="004C6B64" w:rsidP="00BD10CE">
            <w:pPr>
              <w:spacing w:after="0"/>
            </w:pPr>
            <w:r w:rsidRPr="00B31279">
              <w:rPr>
                <w:b/>
                <w:sz w:val="16"/>
              </w:rPr>
              <w:t>ADI-SOYADI:</w:t>
            </w:r>
          </w:p>
        </w:tc>
        <w:tc>
          <w:tcPr>
            <w:tcW w:w="6767" w:type="dxa"/>
            <w:tcMar>
              <w:top w:w="45" w:type="dxa"/>
              <w:left w:w="80" w:type="dxa"/>
              <w:bottom w:w="45" w:type="dxa"/>
              <w:right w:w="80" w:type="dxa"/>
            </w:tcMar>
          </w:tcPr>
          <w:p w14:paraId="03F89936" w14:textId="77777777" w:rsidR="004C6B64" w:rsidRDefault="004C6B64" w:rsidP="00BD10CE">
            <w:pPr>
              <w:spacing w:after="0"/>
              <w:rPr>
                <w:b/>
                <w:sz w:val="16"/>
              </w:rPr>
            </w:pPr>
            <w:r w:rsidRPr="00B31279">
              <w:rPr>
                <w:b/>
                <w:sz w:val="16"/>
              </w:rPr>
              <w:t>ÜYE:</w:t>
            </w:r>
          </w:p>
          <w:p w14:paraId="5B34ED9D" w14:textId="77777777" w:rsidR="004C6B64" w:rsidRDefault="004C6B64" w:rsidP="00BD10CE">
            <w:pPr>
              <w:spacing w:after="0"/>
              <w:rPr>
                <w:b/>
                <w:sz w:val="16"/>
              </w:rPr>
            </w:pPr>
          </w:p>
          <w:p w14:paraId="6427825E" w14:textId="74EB7244" w:rsidR="004C6B64" w:rsidRPr="00B31279" w:rsidRDefault="004C6B64" w:rsidP="00BD10CE">
            <w:pPr>
              <w:spacing w:after="0"/>
            </w:pPr>
            <w:r w:rsidRPr="00B31279">
              <w:rPr>
                <w:b/>
                <w:sz w:val="16"/>
              </w:rPr>
              <w:t>TARİH:</w:t>
            </w:r>
            <w:r w:rsidRPr="00B31279">
              <w:rPr>
                <w:b/>
                <w:sz w:val="16"/>
              </w:rPr>
              <w:br/>
              <w:t>İMZA</w:t>
            </w:r>
            <w:r>
              <w:rPr>
                <w:b/>
                <w:sz w:val="16"/>
              </w:rPr>
              <w:t>:</w:t>
            </w:r>
          </w:p>
        </w:tc>
      </w:tr>
      <w:tr w:rsidR="004C6B64" w:rsidRPr="00B31279" w14:paraId="6DFAEEC2" w14:textId="77777777" w:rsidTr="004C6B64">
        <w:trPr>
          <w:trHeight w:val="882"/>
          <w:jc w:val="center"/>
        </w:trPr>
        <w:tc>
          <w:tcPr>
            <w:tcW w:w="4103" w:type="dxa"/>
            <w:tcMar>
              <w:top w:w="45" w:type="dxa"/>
              <w:left w:w="80" w:type="dxa"/>
              <w:bottom w:w="45" w:type="dxa"/>
              <w:right w:w="80" w:type="dxa"/>
            </w:tcMar>
          </w:tcPr>
          <w:p w14:paraId="1FA15EF9" w14:textId="77777777" w:rsidR="004C6B64" w:rsidRPr="00B31279" w:rsidRDefault="004C6B64" w:rsidP="00BD10CE">
            <w:pPr>
              <w:spacing w:after="0"/>
            </w:pPr>
            <w:r w:rsidRPr="00B31279">
              <w:rPr>
                <w:b/>
                <w:sz w:val="16"/>
              </w:rPr>
              <w:t>TARİH:</w:t>
            </w:r>
          </w:p>
        </w:tc>
        <w:tc>
          <w:tcPr>
            <w:tcW w:w="3686" w:type="dxa"/>
            <w:tcMar>
              <w:top w:w="45" w:type="dxa"/>
              <w:left w:w="80" w:type="dxa"/>
              <w:bottom w:w="45" w:type="dxa"/>
              <w:right w:w="80" w:type="dxa"/>
            </w:tcMar>
          </w:tcPr>
          <w:p w14:paraId="0CC5468F" w14:textId="77777777" w:rsidR="004C6B64" w:rsidRPr="00B31279" w:rsidRDefault="004C6B64" w:rsidP="00BD10CE">
            <w:pPr>
              <w:spacing w:after="0"/>
            </w:pPr>
            <w:r w:rsidRPr="00B31279">
              <w:rPr>
                <w:b/>
                <w:sz w:val="16"/>
              </w:rPr>
              <w:t>TARİH:</w:t>
            </w:r>
          </w:p>
        </w:tc>
        <w:tc>
          <w:tcPr>
            <w:tcW w:w="6767" w:type="dxa"/>
            <w:tcMar>
              <w:top w:w="45" w:type="dxa"/>
              <w:left w:w="80" w:type="dxa"/>
              <w:bottom w:w="45" w:type="dxa"/>
              <w:right w:w="80" w:type="dxa"/>
            </w:tcMar>
          </w:tcPr>
          <w:p w14:paraId="0769EC57" w14:textId="059C7CFB" w:rsidR="004C6B64" w:rsidRDefault="004C6B64" w:rsidP="00BD10CE">
            <w:pPr>
              <w:spacing w:after="0"/>
              <w:rPr>
                <w:b/>
                <w:sz w:val="16"/>
              </w:rPr>
            </w:pPr>
            <w:r w:rsidRPr="00B31279">
              <w:rPr>
                <w:b/>
                <w:sz w:val="16"/>
              </w:rPr>
              <w:t>ÜYE:</w:t>
            </w:r>
          </w:p>
          <w:p w14:paraId="6459A7F0" w14:textId="77777777" w:rsidR="004C6B64" w:rsidRDefault="004C6B64" w:rsidP="00BD10CE">
            <w:pPr>
              <w:spacing w:after="0"/>
              <w:rPr>
                <w:b/>
                <w:sz w:val="16"/>
              </w:rPr>
            </w:pPr>
          </w:p>
          <w:p w14:paraId="07309619" w14:textId="6D850207" w:rsidR="004C6B64" w:rsidRPr="00B31279" w:rsidRDefault="004C6B64" w:rsidP="00BD10CE">
            <w:pPr>
              <w:spacing w:after="0"/>
            </w:pPr>
            <w:r w:rsidRPr="00B31279">
              <w:rPr>
                <w:b/>
                <w:sz w:val="16"/>
              </w:rPr>
              <w:t>TARİH:</w:t>
            </w:r>
            <w:r w:rsidRPr="00B31279">
              <w:rPr>
                <w:b/>
                <w:sz w:val="16"/>
              </w:rPr>
              <w:br/>
              <w:t>İMZA</w:t>
            </w:r>
            <w:r>
              <w:rPr>
                <w:b/>
                <w:sz w:val="16"/>
              </w:rPr>
              <w:t>:</w:t>
            </w:r>
          </w:p>
        </w:tc>
      </w:tr>
      <w:tr w:rsidR="004C6B64" w:rsidRPr="00B31279" w14:paraId="048A080C" w14:textId="77777777" w:rsidTr="004C6B64">
        <w:trPr>
          <w:trHeight w:val="895"/>
          <w:jc w:val="center"/>
        </w:trPr>
        <w:tc>
          <w:tcPr>
            <w:tcW w:w="4103" w:type="dxa"/>
            <w:tcMar>
              <w:top w:w="45" w:type="dxa"/>
              <w:left w:w="80" w:type="dxa"/>
              <w:bottom w:w="45" w:type="dxa"/>
              <w:right w:w="80" w:type="dxa"/>
            </w:tcMar>
          </w:tcPr>
          <w:p w14:paraId="628C12EC" w14:textId="77777777" w:rsidR="004C6B64" w:rsidRPr="00B31279" w:rsidRDefault="004C6B64" w:rsidP="00BD10CE">
            <w:pPr>
              <w:spacing w:after="0"/>
            </w:pPr>
            <w:r w:rsidRPr="00B31279">
              <w:rPr>
                <w:b/>
                <w:sz w:val="16"/>
              </w:rPr>
              <w:t>İMZA:</w:t>
            </w:r>
          </w:p>
        </w:tc>
        <w:tc>
          <w:tcPr>
            <w:tcW w:w="3686" w:type="dxa"/>
            <w:tcMar>
              <w:top w:w="45" w:type="dxa"/>
              <w:left w:w="80" w:type="dxa"/>
              <w:bottom w:w="45" w:type="dxa"/>
              <w:right w:w="80" w:type="dxa"/>
            </w:tcMar>
          </w:tcPr>
          <w:p w14:paraId="32BEE145" w14:textId="77777777" w:rsidR="004C6B64" w:rsidRPr="00B31279" w:rsidRDefault="004C6B64" w:rsidP="00BD10CE">
            <w:pPr>
              <w:spacing w:after="0"/>
            </w:pPr>
            <w:r w:rsidRPr="00B31279">
              <w:rPr>
                <w:b/>
                <w:sz w:val="16"/>
              </w:rPr>
              <w:t>İMZA:</w:t>
            </w:r>
          </w:p>
        </w:tc>
        <w:tc>
          <w:tcPr>
            <w:tcW w:w="6767" w:type="dxa"/>
            <w:tcMar>
              <w:top w:w="45" w:type="dxa"/>
              <w:left w:w="80" w:type="dxa"/>
              <w:bottom w:w="45" w:type="dxa"/>
              <w:right w:w="80" w:type="dxa"/>
            </w:tcMar>
          </w:tcPr>
          <w:p w14:paraId="4A96FAC9" w14:textId="77777777" w:rsidR="004C6B64" w:rsidRDefault="004C6B64" w:rsidP="00BD10CE">
            <w:pPr>
              <w:spacing w:after="0"/>
              <w:rPr>
                <w:b/>
                <w:sz w:val="16"/>
              </w:rPr>
            </w:pPr>
            <w:r w:rsidRPr="00B31279">
              <w:rPr>
                <w:b/>
                <w:sz w:val="16"/>
              </w:rPr>
              <w:t>ÜYE:</w:t>
            </w:r>
          </w:p>
          <w:p w14:paraId="4EA72867" w14:textId="77777777" w:rsidR="004C6B64" w:rsidRDefault="004C6B64" w:rsidP="00BD10CE">
            <w:pPr>
              <w:spacing w:after="0"/>
              <w:rPr>
                <w:b/>
                <w:sz w:val="16"/>
              </w:rPr>
            </w:pPr>
          </w:p>
          <w:p w14:paraId="5FD4DF5E" w14:textId="586D2082" w:rsidR="004C6B64" w:rsidRPr="00B31279" w:rsidRDefault="004C6B64" w:rsidP="00BD10CE">
            <w:pPr>
              <w:spacing w:after="0"/>
            </w:pPr>
            <w:r w:rsidRPr="00B31279">
              <w:rPr>
                <w:b/>
                <w:sz w:val="16"/>
              </w:rPr>
              <w:t>TARİH:</w:t>
            </w:r>
            <w:r w:rsidRPr="00B31279">
              <w:rPr>
                <w:b/>
                <w:sz w:val="16"/>
              </w:rPr>
              <w:br/>
              <w:t>İMZA</w:t>
            </w:r>
            <w:r>
              <w:rPr>
                <w:b/>
                <w:sz w:val="16"/>
              </w:rPr>
              <w:t>:</w:t>
            </w:r>
          </w:p>
        </w:tc>
      </w:tr>
    </w:tbl>
    <w:p w14:paraId="25F13E5B" w14:textId="77777777" w:rsidR="005D6705" w:rsidRPr="00BD10CE" w:rsidRDefault="005920AE">
      <w:pPr>
        <w:spacing w:before="40" w:after="0"/>
        <w:rPr>
          <w:sz w:val="20"/>
          <w:szCs w:val="28"/>
        </w:rPr>
      </w:pPr>
      <w:r w:rsidRPr="00BD10CE">
        <w:rPr>
          <w:i/>
          <w:sz w:val="18"/>
          <w:szCs w:val="28"/>
        </w:rPr>
        <w:t>Not: Bu form elektronik ortamda doldurulmak üzere hazırlanmıştır. Formun çıktısı alınarak ilgili taraflarca imzalanması ve gerekli akademik/idari süreçler tamamlandıktan sonra işleme alınması esastır.</w:t>
      </w:r>
    </w:p>
    <w:sectPr w:rsidR="005D6705" w:rsidRPr="00BD10CE" w:rsidSect="006B3F72">
      <w:headerReference w:type="default" r:id="rId8"/>
      <w:footerReference w:type="default" r:id="rId9"/>
      <w:pgSz w:w="16840" w:h="11907" w:orient="landscape" w:code="9"/>
      <w:pgMar w:top="1134" w:right="1134" w:bottom="1134" w:left="1134" w:header="851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8A423E" w14:textId="77777777" w:rsidR="007275D9" w:rsidRDefault="007275D9" w:rsidP="00DB6CE0">
      <w:pPr>
        <w:spacing w:after="0" w:line="240" w:lineRule="auto"/>
      </w:pPr>
      <w:r>
        <w:separator/>
      </w:r>
    </w:p>
  </w:endnote>
  <w:endnote w:type="continuationSeparator" w:id="0">
    <w:p w14:paraId="03E7A361" w14:textId="77777777" w:rsidR="007275D9" w:rsidRDefault="007275D9" w:rsidP="00DB6C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16066750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706F932" w14:textId="61F6D09F" w:rsidR="002A018A" w:rsidRPr="00250C7A" w:rsidRDefault="002A018A" w:rsidP="002A018A">
            <w:pPr>
              <w:pStyle w:val="AltBilgi"/>
              <w:jc w:val="right"/>
              <w:rPr>
                <w:color w:val="595959" w:themeColor="text1" w:themeTint="A6"/>
              </w:rPr>
            </w:pPr>
            <w:proofErr w:type="gramStart"/>
            <w:r w:rsidRPr="00250C7A">
              <w:rPr>
                <w:color w:val="595959" w:themeColor="text1" w:themeTint="A6"/>
              </w:rPr>
              <w:t>Hakkari</w:t>
            </w:r>
            <w:proofErr w:type="gramEnd"/>
            <w:r w:rsidRPr="00250C7A">
              <w:rPr>
                <w:color w:val="595959" w:themeColor="text1" w:themeTint="A6"/>
              </w:rPr>
              <w:t xml:space="preserve"> Üniversitesi </w:t>
            </w:r>
            <w:r w:rsidR="00250C7A">
              <w:rPr>
                <w:color w:val="595959" w:themeColor="text1" w:themeTint="A6"/>
              </w:rPr>
              <w:t>–</w:t>
            </w:r>
            <w:r w:rsidRPr="00250C7A">
              <w:rPr>
                <w:color w:val="595959" w:themeColor="text1" w:themeTint="A6"/>
              </w:rPr>
              <w:t> Erasmus</w:t>
            </w:r>
            <w:r w:rsidR="00250C7A">
              <w:rPr>
                <w:color w:val="595959" w:themeColor="text1" w:themeTint="A6"/>
              </w:rPr>
              <w:t>+</w:t>
            </w:r>
            <w:r w:rsidRPr="00250C7A">
              <w:rPr>
                <w:color w:val="595959" w:themeColor="text1" w:themeTint="A6"/>
              </w:rPr>
              <w:t xml:space="preserve"> </w:t>
            </w:r>
            <w:r w:rsidR="00250C7A">
              <w:rPr>
                <w:color w:val="595959" w:themeColor="text1" w:themeTint="A6"/>
              </w:rPr>
              <w:t xml:space="preserve">Kurum </w:t>
            </w:r>
            <w:r w:rsidRPr="00250C7A">
              <w:rPr>
                <w:color w:val="595959" w:themeColor="text1" w:themeTint="A6"/>
              </w:rPr>
              <w:t>Koordinatörlüğü</w:t>
            </w:r>
          </w:p>
          <w:p w14:paraId="4192E1E9" w14:textId="77777777" w:rsidR="002A018A" w:rsidRPr="00250C7A" w:rsidRDefault="002A018A" w:rsidP="002A018A">
            <w:pPr>
              <w:pStyle w:val="AltBilgi"/>
              <w:jc w:val="right"/>
              <w:rPr>
                <w:color w:val="595959" w:themeColor="text1" w:themeTint="A6"/>
              </w:rPr>
            </w:pPr>
            <w:r w:rsidRPr="00250C7A">
              <w:rPr>
                <w:color w:val="595959" w:themeColor="text1" w:themeTint="A6"/>
              </w:rPr>
              <w:t xml:space="preserve">Zeynel Bey Yerleşkesi </w:t>
            </w:r>
            <w:proofErr w:type="spellStart"/>
            <w:r w:rsidRPr="00250C7A">
              <w:rPr>
                <w:color w:val="595959" w:themeColor="text1" w:themeTint="A6"/>
              </w:rPr>
              <w:t>Keklikpınar</w:t>
            </w:r>
            <w:proofErr w:type="spellEnd"/>
            <w:r w:rsidRPr="00250C7A">
              <w:rPr>
                <w:color w:val="595959" w:themeColor="text1" w:themeTint="A6"/>
              </w:rPr>
              <w:t xml:space="preserve"> Mah. Kampüs Caddesi Merkezi Derslikler Binası 30000 Merkez/</w:t>
            </w:r>
            <w:proofErr w:type="gramStart"/>
            <w:r w:rsidRPr="00250C7A">
              <w:rPr>
                <w:color w:val="595959" w:themeColor="text1" w:themeTint="A6"/>
              </w:rPr>
              <w:t>Hakkari</w:t>
            </w:r>
            <w:proofErr w:type="gramEnd"/>
          </w:p>
          <w:p w14:paraId="3AF16CF4" w14:textId="48679A13" w:rsidR="002A018A" w:rsidRDefault="002A018A" w:rsidP="002A018A">
            <w:pPr>
              <w:pStyle w:val="AltBilgi"/>
              <w:jc w:val="right"/>
              <w:rPr>
                <w:color w:val="595959" w:themeColor="text1" w:themeTint="A6"/>
              </w:rPr>
            </w:pPr>
            <w:r w:rsidRPr="00250C7A">
              <w:rPr>
                <w:color w:val="595959" w:themeColor="text1" w:themeTint="A6"/>
              </w:rPr>
              <w:t>+90 (438) 212 12 12 / 650</w:t>
            </w:r>
            <w:r w:rsidR="00250C7A">
              <w:rPr>
                <w:color w:val="595959" w:themeColor="text1" w:themeTint="A6"/>
              </w:rPr>
              <w:t>5</w:t>
            </w:r>
            <w:r w:rsidRPr="00250C7A">
              <w:rPr>
                <w:color w:val="595959" w:themeColor="text1" w:themeTint="A6"/>
              </w:rPr>
              <w:t>, 650</w:t>
            </w:r>
            <w:r w:rsidR="00250C7A">
              <w:rPr>
                <w:color w:val="595959" w:themeColor="text1" w:themeTint="A6"/>
              </w:rPr>
              <w:t>1</w:t>
            </w:r>
          </w:p>
          <w:p w14:paraId="24CD8E36" w14:textId="49ECD37E" w:rsidR="00250C7A" w:rsidRPr="00250C7A" w:rsidRDefault="00250C7A" w:rsidP="002A018A">
            <w:pPr>
              <w:pStyle w:val="AltBilgi"/>
              <w:jc w:val="right"/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erasmus@hakkari.edu.tr</w:t>
            </w:r>
          </w:p>
          <w:p w14:paraId="1C89D46C" w14:textId="5AEDA727" w:rsidR="002A018A" w:rsidRDefault="002A018A" w:rsidP="002A018A">
            <w:pPr>
              <w:pStyle w:val="AltBilgi"/>
              <w:jc w:val="right"/>
            </w:pPr>
            <w:r>
              <w:t xml:space="preserve">Sayfa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819525A" w14:textId="77777777" w:rsidR="00DB6CE0" w:rsidRDefault="00DB6CE0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00794D" w14:textId="77777777" w:rsidR="007275D9" w:rsidRDefault="007275D9" w:rsidP="00DB6CE0">
      <w:pPr>
        <w:spacing w:after="0" w:line="240" w:lineRule="auto"/>
      </w:pPr>
      <w:r>
        <w:separator/>
      </w:r>
    </w:p>
  </w:footnote>
  <w:footnote w:type="continuationSeparator" w:id="0">
    <w:p w14:paraId="6E3D42F1" w14:textId="77777777" w:rsidR="007275D9" w:rsidRDefault="007275D9" w:rsidP="00DB6C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oKlavuzu"/>
      <w:tblW w:w="5000" w:type="pct"/>
      <w:jc w:val="center"/>
      <w:shd w:val="clear" w:color="auto" w:fill="DBE5F1" w:themeFill="accent1" w:themeFillTint="33"/>
      <w:tblLook w:val="04A0" w:firstRow="1" w:lastRow="0" w:firstColumn="1" w:lastColumn="0" w:noHBand="0" w:noVBand="1"/>
    </w:tblPr>
    <w:tblGrid>
      <w:gridCol w:w="2059"/>
      <w:gridCol w:w="12503"/>
    </w:tblGrid>
    <w:tr w:rsidR="00F341D9" w14:paraId="624DF09A" w14:textId="77777777" w:rsidTr="00FA61A1">
      <w:trPr>
        <w:trHeight w:val="1129"/>
        <w:jc w:val="center"/>
      </w:trPr>
      <w:tc>
        <w:tcPr>
          <w:tcW w:w="707" w:type="pct"/>
          <w:shd w:val="clear" w:color="auto" w:fill="F5F7FA"/>
          <w:vAlign w:val="center"/>
        </w:tcPr>
        <w:p w14:paraId="621F644C" w14:textId="77777777" w:rsidR="00F341D9" w:rsidRDefault="00F341D9" w:rsidP="00F341D9">
          <w:pPr>
            <w:pStyle w:val="stBilgi"/>
            <w:jc w:val="center"/>
          </w:pPr>
          <w:r>
            <w:rPr>
              <w:noProof/>
            </w:rPr>
            <w:drawing>
              <wp:inline distT="0" distB="0" distL="0" distR="0" wp14:anchorId="63142FB1" wp14:editId="18767AC9">
                <wp:extent cx="481360" cy="612000"/>
                <wp:effectExtent l="0" t="0" r="0" b="0"/>
                <wp:docPr id="1627771533" name="Resi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27771533" name="Resim 162777153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81360" cy="61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93" w:type="pct"/>
          <w:shd w:val="clear" w:color="auto" w:fill="F5F7FA"/>
          <w:vAlign w:val="center"/>
        </w:tcPr>
        <w:p w14:paraId="2537F65A" w14:textId="402C231E" w:rsidR="00F341D9" w:rsidRPr="00F341D9" w:rsidRDefault="00F341D9" w:rsidP="00F341D9">
          <w:pPr>
            <w:pStyle w:val="stBilgi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F341D9">
            <w:rPr>
              <w:rFonts w:ascii="Times New Roman" w:hAnsi="Times New Roman" w:cs="Times New Roman"/>
              <w:b/>
              <w:sz w:val="24"/>
              <w:szCs w:val="24"/>
            </w:rPr>
            <w:t xml:space="preserve">ERASMUS+ ÖĞRENCİ </w:t>
          </w:r>
          <w:r w:rsidR="0008757C">
            <w:rPr>
              <w:rFonts w:ascii="Times New Roman" w:hAnsi="Times New Roman" w:cs="Times New Roman"/>
              <w:b/>
              <w:sz w:val="24"/>
              <w:szCs w:val="24"/>
            </w:rPr>
            <w:t>STAJ</w:t>
          </w:r>
          <w:r w:rsidRPr="00F341D9">
            <w:rPr>
              <w:rFonts w:ascii="Times New Roman" w:hAnsi="Times New Roman" w:cs="Times New Roman"/>
              <w:b/>
              <w:sz w:val="24"/>
              <w:szCs w:val="24"/>
            </w:rPr>
            <w:t xml:space="preserve"> HAREKETLİLİĞİ </w:t>
          </w:r>
          <w:r w:rsidR="00AA065F">
            <w:rPr>
              <w:rFonts w:ascii="Times New Roman" w:hAnsi="Times New Roman" w:cs="Times New Roman"/>
              <w:b/>
              <w:sz w:val="24"/>
              <w:szCs w:val="24"/>
            </w:rPr>
            <w:t>STAJ</w:t>
          </w:r>
          <w:r w:rsidRPr="00F341D9">
            <w:rPr>
              <w:rFonts w:ascii="Times New Roman" w:hAnsi="Times New Roman" w:cs="Times New Roman"/>
              <w:b/>
              <w:sz w:val="24"/>
              <w:szCs w:val="24"/>
            </w:rPr>
            <w:t xml:space="preserve"> İNTİBAK </w:t>
          </w:r>
          <w:r w:rsidR="004C6B64">
            <w:rPr>
              <w:rFonts w:ascii="Times New Roman" w:hAnsi="Times New Roman" w:cs="Times New Roman"/>
              <w:b/>
              <w:sz w:val="24"/>
              <w:szCs w:val="24"/>
            </w:rPr>
            <w:t>B</w:t>
          </w:r>
          <w:r w:rsidRPr="00F341D9">
            <w:rPr>
              <w:rFonts w:ascii="Times New Roman" w:hAnsi="Times New Roman" w:cs="Times New Roman"/>
              <w:b/>
              <w:sz w:val="24"/>
              <w:szCs w:val="24"/>
            </w:rPr>
            <w:t xml:space="preserve"> TABLOSU </w:t>
          </w:r>
        </w:p>
        <w:p w14:paraId="6957A47B" w14:textId="3CDC286C" w:rsidR="00F341D9" w:rsidRPr="00F341D9" w:rsidRDefault="00F341D9" w:rsidP="00F341D9">
          <w:pPr>
            <w:pStyle w:val="stBilgi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F341D9">
            <w:rPr>
              <w:rFonts w:ascii="Times New Roman" w:hAnsi="Times New Roman" w:cs="Times New Roman"/>
              <w:b/>
              <w:sz w:val="24"/>
              <w:szCs w:val="24"/>
            </w:rPr>
            <w:t xml:space="preserve">(HAREKETLİLİK </w:t>
          </w:r>
          <w:r w:rsidR="004C6B64">
            <w:rPr>
              <w:rFonts w:ascii="Times New Roman" w:hAnsi="Times New Roman" w:cs="Times New Roman"/>
              <w:b/>
              <w:sz w:val="24"/>
              <w:szCs w:val="24"/>
            </w:rPr>
            <w:t>SONRASINDA</w:t>
          </w:r>
          <w:r w:rsidRPr="00F341D9">
            <w:rPr>
              <w:rFonts w:ascii="Times New Roman" w:hAnsi="Times New Roman" w:cs="Times New Roman"/>
              <w:b/>
              <w:sz w:val="24"/>
              <w:szCs w:val="24"/>
            </w:rPr>
            <w:t>)</w:t>
          </w:r>
        </w:p>
      </w:tc>
    </w:tr>
  </w:tbl>
  <w:p w14:paraId="4AD4581F" w14:textId="77777777" w:rsidR="00F822B2" w:rsidRPr="00F341D9" w:rsidRDefault="00F822B2" w:rsidP="00F341D9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641077041">
    <w:abstractNumId w:val="8"/>
  </w:num>
  <w:num w:numId="2" w16cid:durableId="745348744">
    <w:abstractNumId w:val="6"/>
  </w:num>
  <w:num w:numId="3" w16cid:durableId="1027675834">
    <w:abstractNumId w:val="5"/>
  </w:num>
  <w:num w:numId="4" w16cid:durableId="2006122953">
    <w:abstractNumId w:val="4"/>
  </w:num>
  <w:num w:numId="5" w16cid:durableId="1505125434">
    <w:abstractNumId w:val="7"/>
  </w:num>
  <w:num w:numId="6" w16cid:durableId="1819569883">
    <w:abstractNumId w:val="3"/>
  </w:num>
  <w:num w:numId="7" w16cid:durableId="2089770483">
    <w:abstractNumId w:val="2"/>
  </w:num>
  <w:num w:numId="8" w16cid:durableId="1258564162">
    <w:abstractNumId w:val="1"/>
  </w:num>
  <w:num w:numId="9" w16cid:durableId="5887360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8757C"/>
    <w:rsid w:val="00104591"/>
    <w:rsid w:val="0015074B"/>
    <w:rsid w:val="00197061"/>
    <w:rsid w:val="001B17A2"/>
    <w:rsid w:val="00250C7A"/>
    <w:rsid w:val="00250D3D"/>
    <w:rsid w:val="002613C5"/>
    <w:rsid w:val="00286603"/>
    <w:rsid w:val="0029639D"/>
    <w:rsid w:val="002A018A"/>
    <w:rsid w:val="00326F90"/>
    <w:rsid w:val="003B1413"/>
    <w:rsid w:val="003C5705"/>
    <w:rsid w:val="003C706D"/>
    <w:rsid w:val="004C6801"/>
    <w:rsid w:val="004C6B64"/>
    <w:rsid w:val="00531008"/>
    <w:rsid w:val="0058359E"/>
    <w:rsid w:val="005920AE"/>
    <w:rsid w:val="00596F35"/>
    <w:rsid w:val="005D6705"/>
    <w:rsid w:val="005E33EE"/>
    <w:rsid w:val="005E4431"/>
    <w:rsid w:val="006205B3"/>
    <w:rsid w:val="006374BF"/>
    <w:rsid w:val="00672EA9"/>
    <w:rsid w:val="006823B4"/>
    <w:rsid w:val="0068432F"/>
    <w:rsid w:val="006B3F72"/>
    <w:rsid w:val="006C5DCB"/>
    <w:rsid w:val="00703EF8"/>
    <w:rsid w:val="00721F00"/>
    <w:rsid w:val="007275D9"/>
    <w:rsid w:val="0082450D"/>
    <w:rsid w:val="008E2656"/>
    <w:rsid w:val="009410AF"/>
    <w:rsid w:val="009A65B0"/>
    <w:rsid w:val="009A6BB2"/>
    <w:rsid w:val="00A46D43"/>
    <w:rsid w:val="00A51711"/>
    <w:rsid w:val="00A53762"/>
    <w:rsid w:val="00A63689"/>
    <w:rsid w:val="00AA065F"/>
    <w:rsid w:val="00AA1D8D"/>
    <w:rsid w:val="00B11552"/>
    <w:rsid w:val="00B31279"/>
    <w:rsid w:val="00B47730"/>
    <w:rsid w:val="00BD10CE"/>
    <w:rsid w:val="00C177CD"/>
    <w:rsid w:val="00C3709D"/>
    <w:rsid w:val="00C51B3E"/>
    <w:rsid w:val="00C7772A"/>
    <w:rsid w:val="00CB0664"/>
    <w:rsid w:val="00CC1313"/>
    <w:rsid w:val="00D1202A"/>
    <w:rsid w:val="00DB6CE0"/>
    <w:rsid w:val="00E35006"/>
    <w:rsid w:val="00E44514"/>
    <w:rsid w:val="00F051C7"/>
    <w:rsid w:val="00F341D9"/>
    <w:rsid w:val="00F44E1D"/>
    <w:rsid w:val="00F822B2"/>
    <w:rsid w:val="00FA61A1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372CE55"/>
  <w14:defaultImageDpi w14:val="300"/>
  <w15:docId w15:val="{F8F07B08-2697-4BCE-897A-EDB926048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10CE"/>
    <w:rPr>
      <w:rFonts w:ascii="Arial" w:eastAsia="Arial" w:hAnsi="Arial"/>
      <w:sz w:val="17"/>
      <w:lang w:val="tr-TR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338</Words>
  <Characters>1927</Characters>
  <Application>Microsoft Office Word</Application>
  <DocSecurity>0</DocSecurity>
  <Lines>16</Lines>
  <Paragraphs>4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HAKKARİ ÜNİVERSİTESİ</vt:lpstr>
      <vt:lpstr/>
    </vt:vector>
  </TitlesOfParts>
  <Manager/>
  <Company/>
  <LinksUpToDate>false</LinksUpToDate>
  <CharactersWithSpaces>2261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HAKKARİ ÜNİVERSİTESİ</dc:title>
  <dc:subject/>
  <dc:creator>python-docx</dc:creator>
  <cp:keywords/>
  <dc:description>generated by python-docx</dc:description>
  <cp:lastModifiedBy>Savaş Beyter</cp:lastModifiedBy>
  <cp:revision>11</cp:revision>
  <dcterms:created xsi:type="dcterms:W3CDTF">2026-04-19T18:26:00Z</dcterms:created>
  <dcterms:modified xsi:type="dcterms:W3CDTF">2026-04-23T15:10:00Z</dcterms:modified>
  <cp:category/>
</cp:coreProperties>
</file>