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CC789" w14:textId="77777777" w:rsidR="005F75F9" w:rsidRPr="00A71D46" w:rsidRDefault="005F75F9" w:rsidP="005F75F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>T.C.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HAKKARİ ÜNİVERSİTESİ</w:t>
      </w:r>
      <w:r>
        <w:rPr>
          <w:rFonts w:ascii="Times New Roman" w:hAnsi="Times New Roman" w:cs="Times New Roman"/>
          <w:bCs/>
          <w:sz w:val="24"/>
          <w:szCs w:val="24"/>
        </w:rPr>
        <w:t xml:space="preserve"> REKTÖRLÜĞÜNE</w:t>
      </w:r>
    </w:p>
    <w:p w14:paraId="126FA1D2" w14:textId="77777777" w:rsidR="005F75F9" w:rsidRPr="00A71D46" w:rsidRDefault="005F75F9" w:rsidP="005F75F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1D46">
        <w:rPr>
          <w:rFonts w:ascii="Times New Roman" w:hAnsi="Times New Roman" w:cs="Times New Roman"/>
          <w:bCs/>
          <w:sz w:val="24"/>
          <w:szCs w:val="24"/>
        </w:rPr>
        <w:t xml:space="preserve">… Enstitüsü </w:t>
      </w:r>
      <w:r>
        <w:rPr>
          <w:rFonts w:ascii="Times New Roman" w:hAnsi="Times New Roman" w:cs="Times New Roman"/>
          <w:bCs/>
          <w:sz w:val="24"/>
          <w:szCs w:val="24"/>
        </w:rPr>
        <w:t xml:space="preserve">Müdürlüğü 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Fakültesi</w:t>
      </w:r>
      <w:r>
        <w:rPr>
          <w:rFonts w:ascii="Times New Roman" w:hAnsi="Times New Roman" w:cs="Times New Roman"/>
          <w:bCs/>
          <w:sz w:val="24"/>
          <w:szCs w:val="24"/>
        </w:rPr>
        <w:t xml:space="preserve"> Dekanlığı</w:t>
      </w:r>
      <w:r w:rsidRPr="00A71D46">
        <w:rPr>
          <w:rFonts w:ascii="Times New Roman" w:hAnsi="Times New Roman" w:cs="Times New Roman"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Pr="00A71D46">
        <w:rPr>
          <w:rFonts w:ascii="Times New Roman" w:hAnsi="Times New Roman" w:cs="Times New Roman"/>
          <w:bCs/>
          <w:sz w:val="24"/>
          <w:szCs w:val="24"/>
        </w:rPr>
        <w:t>Meslek Yüksekokulu</w:t>
      </w:r>
      <w:r>
        <w:rPr>
          <w:rFonts w:ascii="Times New Roman" w:hAnsi="Times New Roman" w:cs="Times New Roman"/>
          <w:bCs/>
          <w:sz w:val="24"/>
          <w:szCs w:val="24"/>
        </w:rPr>
        <w:t xml:space="preserve"> Müdürlüğü</w:t>
      </w:r>
      <w:r w:rsidRPr="00A71D46">
        <w:rPr>
          <w:rFonts w:ascii="Times New Roman" w:hAnsi="Times New Roman" w:cs="Times New Roman"/>
          <w:bCs/>
          <w:sz w:val="24"/>
          <w:szCs w:val="24"/>
        </w:rPr>
        <w:br/>
        <w:t>… Bölüm Başkanlığı</w:t>
      </w:r>
    </w:p>
    <w:p w14:paraId="4D180C02" w14:textId="77777777" w:rsidR="00282ED4" w:rsidRPr="00F952EA" w:rsidRDefault="00282ED4" w:rsidP="00F952E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256"/>
        <w:gridCol w:w="3186"/>
        <w:gridCol w:w="3187"/>
      </w:tblGrid>
      <w:tr w:rsidR="00442BA7" w14:paraId="17DF80C8" w14:textId="77777777" w:rsidTr="009A6813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7A6CB398" w14:textId="48372A9C" w:rsidR="00442BA7" w:rsidRDefault="00442BA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Adı - Soyadı</w:t>
            </w:r>
          </w:p>
        </w:tc>
        <w:tc>
          <w:tcPr>
            <w:tcW w:w="6373" w:type="dxa"/>
            <w:gridSpan w:val="2"/>
            <w:vAlign w:val="center"/>
          </w:tcPr>
          <w:p w14:paraId="4E6F1E05" w14:textId="6DEB4872" w:rsidR="00442BA7" w:rsidRDefault="00442BA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12070425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4004D27" w14:textId="076A783E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TCKN / Öğrenci No</w:t>
            </w:r>
          </w:p>
        </w:tc>
        <w:tc>
          <w:tcPr>
            <w:tcW w:w="3186" w:type="dxa"/>
            <w:vAlign w:val="center"/>
          </w:tcPr>
          <w:p w14:paraId="6C9906D8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745C3FC3" w14:textId="53AB459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694BD63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3761DD03" w14:textId="1A93A6A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Bölüm / Program</w:t>
            </w:r>
          </w:p>
        </w:tc>
        <w:tc>
          <w:tcPr>
            <w:tcW w:w="6373" w:type="dxa"/>
            <w:gridSpan w:val="2"/>
            <w:vAlign w:val="center"/>
          </w:tcPr>
          <w:p w14:paraId="3236ACED" w14:textId="0A9CAB3C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02E2881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05611340" w14:textId="2D6C72F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</w:tc>
        <w:tc>
          <w:tcPr>
            <w:tcW w:w="6373" w:type="dxa"/>
            <w:gridSpan w:val="2"/>
            <w:vAlign w:val="center"/>
          </w:tcPr>
          <w:p w14:paraId="5A4BFCCD" w14:textId="4068891E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983AAD0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548A8693" w14:textId="6CCEBAB6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 /</w:t>
            </w: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Hareketlilik Türü</w:t>
            </w:r>
          </w:p>
        </w:tc>
        <w:tc>
          <w:tcPr>
            <w:tcW w:w="3186" w:type="dxa"/>
            <w:vAlign w:val="center"/>
          </w:tcPr>
          <w:p w14:paraId="6994584E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KA131</w:t>
            </w:r>
          </w:p>
        </w:tc>
        <w:tc>
          <w:tcPr>
            <w:tcW w:w="3187" w:type="dxa"/>
            <w:vAlign w:val="center"/>
          </w:tcPr>
          <w:p w14:paraId="75D4A325" w14:textId="799A7C86" w:rsidR="00CD66C7" w:rsidRDefault="00E069AF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</w:t>
            </w:r>
            <w:r w:rsidR="00CD66C7" w:rsidRPr="00CD66C7">
              <w:rPr>
                <w:rFonts w:ascii="Times New Roman" w:hAnsi="Times New Roman" w:cs="Times New Roman"/>
                <w:sz w:val="24"/>
                <w:szCs w:val="24"/>
              </w:rPr>
              <w:t xml:space="preserve"> Hareketliliği</w:t>
            </w:r>
          </w:p>
        </w:tc>
      </w:tr>
      <w:tr w:rsidR="00E069AF" w14:paraId="7BA28823" w14:textId="77777777" w:rsidTr="00C40765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45C1B936" w14:textId="6B07DB23" w:rsidR="00E069AF" w:rsidRDefault="00E069AF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Staj Tarihleri</w:t>
            </w:r>
          </w:p>
        </w:tc>
        <w:tc>
          <w:tcPr>
            <w:tcW w:w="6373" w:type="dxa"/>
            <w:gridSpan w:val="2"/>
            <w:vAlign w:val="center"/>
          </w:tcPr>
          <w:p w14:paraId="4B3CEED0" w14:textId="7DA18B9F" w:rsidR="00E069AF" w:rsidRDefault="00E069AF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1A6FADF1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7083877F" w14:textId="2C98CA53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Kabul Eden Ülke</w:t>
            </w:r>
          </w:p>
        </w:tc>
        <w:tc>
          <w:tcPr>
            <w:tcW w:w="6373" w:type="dxa"/>
            <w:gridSpan w:val="2"/>
            <w:vAlign w:val="center"/>
          </w:tcPr>
          <w:p w14:paraId="69987FE7" w14:textId="60A3370B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7C7B2AA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4B38182C" w14:textId="5FFECFE4" w:rsidR="00CD66C7" w:rsidRPr="00F952EA" w:rsidRDefault="00E069AF" w:rsidP="00CD66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Kabul Eden Kurum</w:t>
            </w:r>
          </w:p>
        </w:tc>
        <w:tc>
          <w:tcPr>
            <w:tcW w:w="6373" w:type="dxa"/>
            <w:gridSpan w:val="2"/>
            <w:vAlign w:val="center"/>
          </w:tcPr>
          <w:p w14:paraId="42043DE8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0595F96C" w14:textId="77777777" w:rsidTr="00CD66C7">
        <w:trPr>
          <w:trHeight w:val="397"/>
        </w:trPr>
        <w:tc>
          <w:tcPr>
            <w:tcW w:w="3256" w:type="dxa"/>
            <w:shd w:val="clear" w:color="auto" w:fill="F5F7FA"/>
            <w:vAlign w:val="center"/>
          </w:tcPr>
          <w:p w14:paraId="5EE5E47E" w14:textId="06C053ED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2EA">
              <w:rPr>
                <w:rFonts w:ascii="Times New Roman" w:hAnsi="Times New Roman" w:cs="Times New Roman"/>
                <w:b/>
                <w:sz w:val="24"/>
                <w:szCs w:val="24"/>
              </w:rPr>
              <w:t>Erasmus Kodu / OID</w:t>
            </w:r>
            <w:r w:rsidR="00E06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(Varsa)</w:t>
            </w:r>
          </w:p>
        </w:tc>
        <w:tc>
          <w:tcPr>
            <w:tcW w:w="3186" w:type="dxa"/>
            <w:vAlign w:val="center"/>
          </w:tcPr>
          <w:p w14:paraId="50E193F7" w14:textId="77777777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  <w:vAlign w:val="center"/>
          </w:tcPr>
          <w:p w14:paraId="4970C081" w14:textId="5FBF81C0" w:rsidR="00CD66C7" w:rsidRDefault="00CD66C7" w:rsidP="00CD6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B5946C" w14:textId="77777777" w:rsidR="00CD66C7" w:rsidRDefault="00CD66C7">
      <w:pPr>
        <w:rPr>
          <w:rFonts w:ascii="Times New Roman" w:hAnsi="Times New Roman" w:cs="Times New Roman"/>
          <w:sz w:val="24"/>
          <w:szCs w:val="24"/>
        </w:rPr>
      </w:pPr>
    </w:p>
    <w:p w14:paraId="45205297" w14:textId="78D23124" w:rsidR="000806DE" w:rsidRDefault="0041406C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sz w:val="24"/>
          <w:szCs w:val="24"/>
        </w:rPr>
        <w:t xml:space="preserve">Üniversitemiz Erasmus+ Öğrenci </w:t>
      </w:r>
      <w:r w:rsidR="00E069AF">
        <w:rPr>
          <w:rFonts w:ascii="Times New Roman" w:hAnsi="Times New Roman" w:cs="Times New Roman"/>
          <w:sz w:val="24"/>
          <w:szCs w:val="24"/>
        </w:rPr>
        <w:t>Staj</w:t>
      </w:r>
      <w:r w:rsidRPr="00F952EA">
        <w:rPr>
          <w:rFonts w:ascii="Times New Roman" w:hAnsi="Times New Roman" w:cs="Times New Roman"/>
          <w:sz w:val="24"/>
          <w:szCs w:val="24"/>
        </w:rPr>
        <w:t xml:space="preserve"> Hareketliliği kapsamında yukarıda bilgileri belirtilen </w:t>
      </w:r>
      <w:r w:rsidR="00442BA7">
        <w:rPr>
          <w:rFonts w:ascii="Times New Roman" w:hAnsi="Times New Roman" w:cs="Times New Roman"/>
          <w:sz w:val="24"/>
          <w:szCs w:val="24"/>
        </w:rPr>
        <w:t>kurumda</w:t>
      </w:r>
      <w:r w:rsidRPr="00F952EA">
        <w:rPr>
          <w:rFonts w:ascii="Times New Roman" w:hAnsi="Times New Roman" w:cs="Times New Roman"/>
          <w:sz w:val="24"/>
          <w:szCs w:val="24"/>
        </w:rPr>
        <w:t xml:space="preserve"> </w:t>
      </w:r>
      <w:r w:rsidR="00E069AF">
        <w:rPr>
          <w:rFonts w:ascii="Times New Roman" w:hAnsi="Times New Roman" w:cs="Times New Roman"/>
          <w:sz w:val="24"/>
          <w:szCs w:val="24"/>
        </w:rPr>
        <w:t>staj</w:t>
      </w:r>
      <w:r w:rsidRPr="00F952EA">
        <w:rPr>
          <w:rFonts w:ascii="Times New Roman" w:hAnsi="Times New Roman" w:cs="Times New Roman"/>
          <w:sz w:val="24"/>
          <w:szCs w:val="24"/>
        </w:rPr>
        <w:t xml:space="preserve"> görmek üzere hak kazanmış bulunmaktayım.</w:t>
      </w:r>
    </w:p>
    <w:p w14:paraId="47D7BB07" w14:textId="77777777" w:rsidR="000806DE" w:rsidRDefault="000806DE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8FDAF" w14:textId="6C7A8311" w:rsidR="00C9496B" w:rsidRDefault="0041406C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sz w:val="24"/>
          <w:szCs w:val="24"/>
        </w:rPr>
        <w:t xml:space="preserve">Hareketlilik öncesinde düzenlenen </w:t>
      </w:r>
      <w:r w:rsidR="00F952EA" w:rsidRPr="00F952EA">
        <w:rPr>
          <w:rFonts w:ascii="Times New Roman" w:hAnsi="Times New Roman" w:cs="Times New Roman"/>
          <w:sz w:val="24"/>
          <w:szCs w:val="24"/>
        </w:rPr>
        <w:t>Öğrenim Anlaşması (</w:t>
      </w:r>
      <w:r w:rsidRPr="00F952EA">
        <w:rPr>
          <w:rFonts w:ascii="Times New Roman" w:hAnsi="Times New Roman" w:cs="Times New Roman"/>
          <w:sz w:val="24"/>
          <w:szCs w:val="24"/>
        </w:rPr>
        <w:t xml:space="preserve">Learning </w:t>
      </w:r>
      <w:proofErr w:type="spellStart"/>
      <w:r w:rsidRPr="00F952EA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="00F952EA" w:rsidRPr="00F952EA">
        <w:rPr>
          <w:rFonts w:ascii="Times New Roman" w:hAnsi="Times New Roman" w:cs="Times New Roman"/>
          <w:sz w:val="24"/>
          <w:szCs w:val="24"/>
        </w:rPr>
        <w:t>)</w:t>
      </w:r>
      <w:r w:rsidRPr="00F952EA">
        <w:rPr>
          <w:rFonts w:ascii="Times New Roman" w:hAnsi="Times New Roman" w:cs="Times New Roman"/>
          <w:sz w:val="24"/>
          <w:szCs w:val="24"/>
        </w:rPr>
        <w:t xml:space="preserve">, Ders İntibak A Tablosu (Hareketlilik Öncesi) ve </w:t>
      </w:r>
      <w:r w:rsidR="00F952EA" w:rsidRPr="00F952EA">
        <w:rPr>
          <w:rFonts w:ascii="Times New Roman" w:hAnsi="Times New Roman" w:cs="Times New Roman"/>
          <w:sz w:val="24"/>
          <w:szCs w:val="24"/>
        </w:rPr>
        <w:t>D</w:t>
      </w:r>
      <w:r w:rsidRPr="00F952EA">
        <w:rPr>
          <w:rFonts w:ascii="Times New Roman" w:hAnsi="Times New Roman" w:cs="Times New Roman"/>
          <w:sz w:val="24"/>
          <w:szCs w:val="24"/>
        </w:rPr>
        <w:t xml:space="preserve">avet </w:t>
      </w:r>
      <w:r w:rsidR="00F952EA" w:rsidRPr="00F952EA">
        <w:rPr>
          <w:rFonts w:ascii="Times New Roman" w:hAnsi="Times New Roman" w:cs="Times New Roman"/>
          <w:sz w:val="24"/>
          <w:szCs w:val="24"/>
        </w:rPr>
        <w:t>M</w:t>
      </w:r>
      <w:r w:rsidRPr="00F952EA">
        <w:rPr>
          <w:rFonts w:ascii="Times New Roman" w:hAnsi="Times New Roman" w:cs="Times New Roman"/>
          <w:sz w:val="24"/>
          <w:szCs w:val="24"/>
        </w:rPr>
        <w:t xml:space="preserve">ektubu </w:t>
      </w:r>
      <w:proofErr w:type="spellStart"/>
      <w:r w:rsidR="00F952EA" w:rsidRPr="00F952EA">
        <w:rPr>
          <w:rFonts w:ascii="Times New Roman" w:hAnsi="Times New Roman" w:cs="Times New Roman"/>
          <w:sz w:val="24"/>
          <w:szCs w:val="24"/>
        </w:rPr>
        <w:t>Ek’</w:t>
      </w:r>
      <w:r w:rsidRPr="00F952EA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F952EA">
        <w:rPr>
          <w:rFonts w:ascii="Times New Roman" w:hAnsi="Times New Roman" w:cs="Times New Roman"/>
          <w:sz w:val="24"/>
          <w:szCs w:val="24"/>
        </w:rPr>
        <w:t xml:space="preserve"> sunulmuş olup, söz konusu belgeler doğrultusunda </w:t>
      </w:r>
      <w:r w:rsidR="00E069AF">
        <w:rPr>
          <w:rFonts w:ascii="Times New Roman" w:hAnsi="Times New Roman" w:cs="Times New Roman"/>
          <w:sz w:val="24"/>
          <w:szCs w:val="24"/>
        </w:rPr>
        <w:t>staj</w:t>
      </w:r>
      <w:r w:rsidRPr="00F952EA">
        <w:rPr>
          <w:rFonts w:ascii="Times New Roman" w:hAnsi="Times New Roman" w:cs="Times New Roman"/>
          <w:sz w:val="24"/>
          <w:szCs w:val="24"/>
        </w:rPr>
        <w:t xml:space="preserve"> eşdeğerliklerimin değerlendirilerek gerekli intibak işlemlerinin tesis edilmesi ve ilgili yönetim kurulu kararının </w:t>
      </w:r>
      <w:r w:rsidR="00F952EA" w:rsidRPr="00F952EA">
        <w:rPr>
          <w:rFonts w:ascii="Times New Roman" w:hAnsi="Times New Roman" w:cs="Times New Roman"/>
          <w:sz w:val="24"/>
          <w:szCs w:val="24"/>
        </w:rPr>
        <w:t xml:space="preserve">alınarak Erasmus+ </w:t>
      </w:r>
      <w:r w:rsidR="0035727C" w:rsidRPr="00F952EA">
        <w:rPr>
          <w:rFonts w:ascii="Times New Roman" w:hAnsi="Times New Roman" w:cs="Times New Roman"/>
          <w:sz w:val="24"/>
          <w:szCs w:val="24"/>
        </w:rPr>
        <w:t>Kurum</w:t>
      </w:r>
      <w:r w:rsidR="00F952EA" w:rsidRPr="00F952EA">
        <w:rPr>
          <w:rFonts w:ascii="Times New Roman" w:hAnsi="Times New Roman" w:cs="Times New Roman"/>
          <w:sz w:val="24"/>
          <w:szCs w:val="24"/>
        </w:rPr>
        <w:t xml:space="preserve"> Koordinatörlüğüne resmi yazı ile bildirilmesi</w:t>
      </w:r>
      <w:r w:rsidRPr="00F952EA">
        <w:rPr>
          <w:rFonts w:ascii="Times New Roman" w:hAnsi="Times New Roman" w:cs="Times New Roman"/>
          <w:sz w:val="24"/>
          <w:szCs w:val="24"/>
        </w:rPr>
        <w:t xml:space="preserve"> hususunda gereğini arz ederim.</w:t>
      </w:r>
    </w:p>
    <w:p w14:paraId="31229FF5" w14:textId="77777777" w:rsidR="00CD66C7" w:rsidRPr="00F952EA" w:rsidRDefault="00CD66C7" w:rsidP="00282ED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CD66C7" w14:paraId="41D53DD1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06A41598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  <w:vAlign w:val="center"/>
          </w:tcPr>
          <w:p w14:paraId="5FDD24AF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7250AD90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2CB15883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  <w:vAlign w:val="center"/>
          </w:tcPr>
          <w:p w14:paraId="2A9D6E69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17D4B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6C7" w14:paraId="3E74CAC3" w14:textId="77777777" w:rsidTr="00CD66C7">
        <w:trPr>
          <w:trHeight w:val="397"/>
          <w:jc w:val="right"/>
        </w:trPr>
        <w:tc>
          <w:tcPr>
            <w:tcW w:w="1555" w:type="dxa"/>
            <w:shd w:val="clear" w:color="auto" w:fill="F5F7FA"/>
            <w:vAlign w:val="center"/>
          </w:tcPr>
          <w:p w14:paraId="1C1F6F51" w14:textId="77777777" w:rsidR="00CD66C7" w:rsidRDefault="00CD66C7" w:rsidP="00A1103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A1E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4115" w:type="dxa"/>
            <w:vAlign w:val="center"/>
          </w:tcPr>
          <w:p w14:paraId="7CFE2F98" w14:textId="77777777" w:rsidR="00CD66C7" w:rsidRDefault="00CD66C7" w:rsidP="00A11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0F3C55" w14:textId="77777777" w:rsidR="00282ED4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8655B9" w14:textId="77777777" w:rsidR="00282ED4" w:rsidRDefault="00282ED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AE146C0" w14:textId="77777777" w:rsidR="000806DE" w:rsidRDefault="000806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4C52A66" w14:textId="1BBF09A2" w:rsidR="00C9496B" w:rsidRPr="00F952EA" w:rsidRDefault="0041406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52EA">
        <w:rPr>
          <w:rFonts w:ascii="Times New Roman" w:hAnsi="Times New Roman" w:cs="Times New Roman"/>
          <w:b/>
          <w:sz w:val="24"/>
          <w:szCs w:val="24"/>
        </w:rPr>
        <w:t>Ekler:</w:t>
      </w:r>
    </w:p>
    <w:p w14:paraId="2D39B509" w14:textId="19E2F2EA" w:rsidR="000806DE" w:rsidRPr="000806DE" w:rsidRDefault="00282ED4" w:rsidP="000806DE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 xml:space="preserve">Öğrenim Anlaşması (Learning </w:t>
      </w:r>
      <w:proofErr w:type="spellStart"/>
      <w:r w:rsidRPr="000806DE">
        <w:rPr>
          <w:rFonts w:ascii="Times New Roman" w:hAnsi="Times New Roman" w:cs="Times New Roman"/>
          <w:sz w:val="24"/>
          <w:szCs w:val="24"/>
        </w:rPr>
        <w:t>Agreement</w:t>
      </w:r>
      <w:proofErr w:type="spellEnd"/>
      <w:r w:rsidRPr="000806DE">
        <w:rPr>
          <w:rFonts w:ascii="Times New Roman" w:hAnsi="Times New Roman" w:cs="Times New Roman"/>
          <w:sz w:val="24"/>
          <w:szCs w:val="24"/>
        </w:rPr>
        <w:t>)</w:t>
      </w:r>
    </w:p>
    <w:p w14:paraId="4AF63FAE" w14:textId="77777777" w:rsidR="000806DE" w:rsidRDefault="0041406C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>Ders İntibak A Tablosu (Hareketlilik Öncesi)</w:t>
      </w:r>
    </w:p>
    <w:p w14:paraId="2C7559C4" w14:textId="03D83772" w:rsidR="00C9496B" w:rsidRPr="000806DE" w:rsidRDefault="0041406C" w:rsidP="00282ED4">
      <w:pPr>
        <w:pStyle w:val="ListeParagraf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806DE">
        <w:rPr>
          <w:rFonts w:ascii="Times New Roman" w:hAnsi="Times New Roman" w:cs="Times New Roman"/>
          <w:sz w:val="24"/>
          <w:szCs w:val="24"/>
        </w:rPr>
        <w:t>Davet Mektubu</w:t>
      </w:r>
      <w:r w:rsidR="00442BA7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="00442BA7" w:rsidRPr="00442BA7">
        <w:rPr>
          <w:rFonts w:ascii="Times New Roman" w:hAnsi="Times New Roman" w:cs="Times New Roman"/>
          <w:sz w:val="24"/>
          <w:szCs w:val="24"/>
        </w:rPr>
        <w:t>Acceptance</w:t>
      </w:r>
      <w:proofErr w:type="spellEnd"/>
      <w:r w:rsidR="00442BA7" w:rsidRPr="00442B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2BA7" w:rsidRPr="00442BA7">
        <w:rPr>
          <w:rFonts w:ascii="Times New Roman" w:hAnsi="Times New Roman" w:cs="Times New Roman"/>
          <w:sz w:val="24"/>
          <w:szCs w:val="24"/>
        </w:rPr>
        <w:t>Letter</w:t>
      </w:r>
      <w:proofErr w:type="spellEnd"/>
    </w:p>
    <w:sectPr w:rsidR="00C9496B" w:rsidRPr="000806DE" w:rsidSect="000806DE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C97FC4"/>
    <w:multiLevelType w:val="hybridMultilevel"/>
    <w:tmpl w:val="39F013B8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9459450">
    <w:abstractNumId w:val="8"/>
  </w:num>
  <w:num w:numId="2" w16cid:durableId="1652632196">
    <w:abstractNumId w:val="6"/>
  </w:num>
  <w:num w:numId="3" w16cid:durableId="1309286580">
    <w:abstractNumId w:val="5"/>
  </w:num>
  <w:num w:numId="4" w16cid:durableId="1676683345">
    <w:abstractNumId w:val="4"/>
  </w:num>
  <w:num w:numId="5" w16cid:durableId="499319046">
    <w:abstractNumId w:val="7"/>
  </w:num>
  <w:num w:numId="6" w16cid:durableId="1689865628">
    <w:abstractNumId w:val="3"/>
  </w:num>
  <w:num w:numId="7" w16cid:durableId="1149903392">
    <w:abstractNumId w:val="2"/>
  </w:num>
  <w:num w:numId="8" w16cid:durableId="844057793">
    <w:abstractNumId w:val="1"/>
  </w:num>
  <w:num w:numId="9" w16cid:durableId="262231080">
    <w:abstractNumId w:val="0"/>
  </w:num>
  <w:num w:numId="10" w16cid:durableId="363945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06DE"/>
    <w:rsid w:val="000870FB"/>
    <w:rsid w:val="0015074B"/>
    <w:rsid w:val="001B4824"/>
    <w:rsid w:val="00222873"/>
    <w:rsid w:val="00282ED4"/>
    <w:rsid w:val="0029639D"/>
    <w:rsid w:val="00326F90"/>
    <w:rsid w:val="0035439E"/>
    <w:rsid w:val="0035727C"/>
    <w:rsid w:val="00367A92"/>
    <w:rsid w:val="00442BA7"/>
    <w:rsid w:val="0044795C"/>
    <w:rsid w:val="005F75F9"/>
    <w:rsid w:val="00843677"/>
    <w:rsid w:val="008D4526"/>
    <w:rsid w:val="00A71D46"/>
    <w:rsid w:val="00AA1D8D"/>
    <w:rsid w:val="00B47730"/>
    <w:rsid w:val="00B81F84"/>
    <w:rsid w:val="00BD125B"/>
    <w:rsid w:val="00C9496B"/>
    <w:rsid w:val="00CB0664"/>
    <w:rsid w:val="00CC71B6"/>
    <w:rsid w:val="00CD66C7"/>
    <w:rsid w:val="00D20B8A"/>
    <w:rsid w:val="00D77541"/>
    <w:rsid w:val="00E069AF"/>
    <w:rsid w:val="00E35202"/>
    <w:rsid w:val="00ED426E"/>
    <w:rsid w:val="00F952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3DBA7"/>
  <w14:defaultImageDpi w14:val="300"/>
  <w15:docId w15:val="{DF52C52C-4CAB-4423-91E5-E9C07092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12</cp:revision>
  <dcterms:created xsi:type="dcterms:W3CDTF">2026-04-19T13:14:00Z</dcterms:created>
  <dcterms:modified xsi:type="dcterms:W3CDTF">2026-04-23T13:08:00Z</dcterms:modified>
  <cp:category/>
</cp:coreProperties>
</file>