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9A2D1" w14:textId="77777777" w:rsidR="008443F8" w:rsidRPr="00A71D46" w:rsidRDefault="008443F8" w:rsidP="008443F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>T.C.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HAKKARİ ÜNİVERSİTESİ</w:t>
      </w:r>
      <w:r>
        <w:rPr>
          <w:rFonts w:ascii="Times New Roman" w:hAnsi="Times New Roman" w:cs="Times New Roman"/>
          <w:bCs/>
          <w:sz w:val="24"/>
          <w:szCs w:val="24"/>
        </w:rPr>
        <w:t xml:space="preserve"> REKTÖRLÜĞÜNE</w:t>
      </w:r>
    </w:p>
    <w:p w14:paraId="1CB81461" w14:textId="32C582DC" w:rsidR="008443F8" w:rsidRPr="00A71D46" w:rsidRDefault="008443F8" w:rsidP="008443F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 xml:space="preserve">… Enstitüsü </w:t>
      </w:r>
      <w:r>
        <w:rPr>
          <w:rFonts w:ascii="Times New Roman" w:hAnsi="Times New Roman" w:cs="Times New Roman"/>
          <w:bCs/>
          <w:sz w:val="24"/>
          <w:szCs w:val="24"/>
        </w:rPr>
        <w:t xml:space="preserve">Müdürlüğü 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Fakültesi</w:t>
      </w:r>
      <w:r>
        <w:rPr>
          <w:rFonts w:ascii="Times New Roman" w:hAnsi="Times New Roman" w:cs="Times New Roman"/>
          <w:bCs/>
          <w:sz w:val="24"/>
          <w:szCs w:val="24"/>
        </w:rPr>
        <w:t xml:space="preserve"> Dekanlığı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 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Meslek Yüksekokulu</w:t>
      </w:r>
      <w:r>
        <w:rPr>
          <w:rFonts w:ascii="Times New Roman" w:hAnsi="Times New Roman" w:cs="Times New Roman"/>
          <w:bCs/>
          <w:sz w:val="24"/>
          <w:szCs w:val="24"/>
        </w:rPr>
        <w:t xml:space="preserve"> Müdürlüğü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… Bölüm Başkanlığı</w:t>
      </w:r>
    </w:p>
    <w:p w14:paraId="4D180C02" w14:textId="77777777" w:rsidR="00282ED4" w:rsidRPr="00AF5A1E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256"/>
        <w:gridCol w:w="3186"/>
        <w:gridCol w:w="3187"/>
      </w:tblGrid>
      <w:tr w:rsidR="00BB61D6" w14:paraId="5CDB030C" w14:textId="77777777" w:rsidTr="00871F23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6F9AD784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Adı - Soyadı</w:t>
            </w:r>
          </w:p>
        </w:tc>
        <w:tc>
          <w:tcPr>
            <w:tcW w:w="6373" w:type="dxa"/>
            <w:gridSpan w:val="2"/>
            <w:vAlign w:val="center"/>
          </w:tcPr>
          <w:p w14:paraId="2E9D1FD5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291A8008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5910C6F0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No</w:t>
            </w:r>
          </w:p>
        </w:tc>
        <w:tc>
          <w:tcPr>
            <w:tcW w:w="3186" w:type="dxa"/>
            <w:vAlign w:val="center"/>
          </w:tcPr>
          <w:p w14:paraId="73ACCE62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14:paraId="477686B4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6B83D695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78AE882C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Bölüm / Program</w:t>
            </w:r>
          </w:p>
        </w:tc>
        <w:tc>
          <w:tcPr>
            <w:tcW w:w="6373" w:type="dxa"/>
            <w:gridSpan w:val="2"/>
            <w:vAlign w:val="center"/>
          </w:tcPr>
          <w:p w14:paraId="5AAAF4F2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3210E4BD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3BCBF6D5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6373" w:type="dxa"/>
            <w:gridSpan w:val="2"/>
            <w:vAlign w:val="center"/>
          </w:tcPr>
          <w:p w14:paraId="1AC92804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210F69F0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4D2404D8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Program /</w:t>
            </w: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Hareketlilik Türü</w:t>
            </w:r>
          </w:p>
        </w:tc>
        <w:tc>
          <w:tcPr>
            <w:tcW w:w="3186" w:type="dxa"/>
            <w:vAlign w:val="center"/>
          </w:tcPr>
          <w:p w14:paraId="79DAB8AB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  <w:tc>
          <w:tcPr>
            <w:tcW w:w="3187" w:type="dxa"/>
            <w:vAlign w:val="center"/>
          </w:tcPr>
          <w:p w14:paraId="56EB6F08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  <w:r w:rsidRPr="00CD66C7">
              <w:rPr>
                <w:rFonts w:ascii="Times New Roman" w:hAnsi="Times New Roman" w:cs="Times New Roman"/>
                <w:sz w:val="24"/>
                <w:szCs w:val="24"/>
              </w:rPr>
              <w:t xml:space="preserve"> Hareketliliği</w:t>
            </w:r>
          </w:p>
        </w:tc>
      </w:tr>
      <w:tr w:rsidR="00BB61D6" w14:paraId="1D3EEDE9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675FE278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Staj Tarihleri</w:t>
            </w:r>
          </w:p>
        </w:tc>
        <w:tc>
          <w:tcPr>
            <w:tcW w:w="6373" w:type="dxa"/>
            <w:gridSpan w:val="2"/>
            <w:vAlign w:val="center"/>
          </w:tcPr>
          <w:p w14:paraId="647FFDF8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395FA6E8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1239BCD1" w14:textId="447AA70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Stajın Yapıldığı</w:t>
            </w: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Ülke</w:t>
            </w:r>
          </w:p>
        </w:tc>
        <w:tc>
          <w:tcPr>
            <w:tcW w:w="6373" w:type="dxa"/>
            <w:gridSpan w:val="2"/>
            <w:vAlign w:val="center"/>
          </w:tcPr>
          <w:p w14:paraId="4C0D681B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73B31D97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2592D69E" w14:textId="7BD21660" w:rsidR="00BB61D6" w:rsidRPr="00F952EA" w:rsidRDefault="00BB61D6" w:rsidP="00255D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Stajın Yapıldığı</w:t>
            </w: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Kurum</w:t>
            </w:r>
          </w:p>
        </w:tc>
        <w:tc>
          <w:tcPr>
            <w:tcW w:w="6373" w:type="dxa"/>
            <w:gridSpan w:val="2"/>
            <w:vAlign w:val="center"/>
          </w:tcPr>
          <w:p w14:paraId="0D40380E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092344D7" w14:textId="77777777" w:rsidTr="00255D8E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39832603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Erasmus Kodu / OID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(Varsa)</w:t>
            </w:r>
          </w:p>
        </w:tc>
        <w:tc>
          <w:tcPr>
            <w:tcW w:w="3186" w:type="dxa"/>
            <w:vAlign w:val="center"/>
          </w:tcPr>
          <w:p w14:paraId="77561A2D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14:paraId="3D372F6D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201BA" w14:textId="77777777" w:rsidR="00C9496B" w:rsidRPr="00AF5A1E" w:rsidRDefault="00C9496B">
      <w:pPr>
        <w:rPr>
          <w:rFonts w:ascii="Times New Roman" w:hAnsi="Times New Roman" w:cs="Times New Roman"/>
          <w:sz w:val="24"/>
          <w:szCs w:val="24"/>
        </w:rPr>
      </w:pPr>
    </w:p>
    <w:p w14:paraId="0B8B147B" w14:textId="778966A3" w:rsidR="00BB61D6" w:rsidRPr="00BB61D6" w:rsidRDefault="00BB61D6" w:rsidP="00BB61D6">
      <w:pPr>
        <w:jc w:val="both"/>
        <w:rPr>
          <w:rFonts w:ascii="Times New Roman" w:hAnsi="Times New Roman" w:cs="Times New Roman"/>
          <w:sz w:val="24"/>
          <w:szCs w:val="24"/>
        </w:rPr>
      </w:pPr>
      <w:r w:rsidRPr="00BB61D6">
        <w:rPr>
          <w:rFonts w:ascii="Times New Roman" w:hAnsi="Times New Roman" w:cs="Times New Roman"/>
          <w:sz w:val="24"/>
          <w:szCs w:val="24"/>
        </w:rPr>
        <w:t>Üniversitemiz Erasmus+ Öğrenci Staj Hareketliliği kapsamında yukarıda bilgileri belirtilen kurum/kuruluşta gerçekleştirmiş olduğum staj hareketliliğini tamamlamış bulunmaktayım.</w:t>
      </w:r>
    </w:p>
    <w:p w14:paraId="406A6D4A" w14:textId="1571910C" w:rsidR="00BB61D6" w:rsidRPr="00BB61D6" w:rsidRDefault="00BB61D6" w:rsidP="00BB61D6">
      <w:pPr>
        <w:jc w:val="both"/>
        <w:rPr>
          <w:rFonts w:ascii="Times New Roman" w:hAnsi="Times New Roman" w:cs="Times New Roman"/>
          <w:sz w:val="24"/>
          <w:szCs w:val="24"/>
        </w:rPr>
      </w:pPr>
      <w:r w:rsidRPr="00BB61D6">
        <w:rPr>
          <w:rFonts w:ascii="Times New Roman" w:hAnsi="Times New Roman" w:cs="Times New Roman"/>
          <w:sz w:val="24"/>
          <w:szCs w:val="24"/>
        </w:rPr>
        <w:t>Hareketlilik sonrasında, bölüm Erasmus koordinatörüm ile birlikte staj faaliyetime ilişkin belgeler doğrultusunda Staj İntibak B Tablosu hazırlanmış; ilgili imza süreçleri tamamlanmış olup Katılım Belgesi, Staj Anlaşmasının “Evaluation of the Trainee” bölümü doldurulmuş nüshası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1D6">
        <w:rPr>
          <w:rFonts w:ascii="Times New Roman" w:hAnsi="Times New Roman" w:cs="Times New Roman"/>
          <w:sz w:val="24"/>
          <w:szCs w:val="24"/>
        </w:rPr>
        <w:t>ve diğer ilgili belgeler Ek’te sunulmuştur.</w:t>
      </w:r>
    </w:p>
    <w:p w14:paraId="7B68F67E" w14:textId="4DEF7C89" w:rsidR="00C9496B" w:rsidRPr="00AF5A1E" w:rsidRDefault="00BB61D6" w:rsidP="00BB61D6">
      <w:pPr>
        <w:jc w:val="both"/>
        <w:rPr>
          <w:rFonts w:ascii="Times New Roman" w:hAnsi="Times New Roman" w:cs="Times New Roman"/>
          <w:sz w:val="24"/>
          <w:szCs w:val="24"/>
        </w:rPr>
      </w:pPr>
      <w:r w:rsidRPr="00BB61D6">
        <w:rPr>
          <w:rFonts w:ascii="Times New Roman" w:hAnsi="Times New Roman" w:cs="Times New Roman"/>
          <w:sz w:val="24"/>
          <w:szCs w:val="24"/>
        </w:rPr>
        <w:t>Söz konusu belgelerin incelenerek staj faaliyetimin zorunlu staj yükümlülüğü kapsamında değerlendirilmesi, ilgili yönetim kurulu kararının alınması ve sonucunun Erasmus+ Kurum Koordinatörlüğüne bildirilmesi hususunda gereğini arz ederim.</w:t>
      </w: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555"/>
        <w:gridCol w:w="4115"/>
      </w:tblGrid>
      <w:tr w:rsidR="00BB61D6" w14:paraId="4A530099" w14:textId="77777777" w:rsidTr="00255D8E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53D883E0" w14:textId="77777777" w:rsidR="00BB61D6" w:rsidRDefault="00BB61D6" w:rsidP="00255D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4115" w:type="dxa"/>
            <w:vAlign w:val="center"/>
          </w:tcPr>
          <w:p w14:paraId="34480776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6A047130" w14:textId="77777777" w:rsidTr="00255D8E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6D4AD967" w14:textId="77777777" w:rsidR="00BB61D6" w:rsidRDefault="00BB61D6" w:rsidP="00255D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4115" w:type="dxa"/>
            <w:vAlign w:val="center"/>
          </w:tcPr>
          <w:p w14:paraId="6B832CDE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D2295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1D6" w14:paraId="394665CE" w14:textId="77777777" w:rsidTr="00255D8E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47772E15" w14:textId="77777777" w:rsidR="00BB61D6" w:rsidRDefault="00BB61D6" w:rsidP="00255D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4115" w:type="dxa"/>
            <w:vAlign w:val="center"/>
          </w:tcPr>
          <w:p w14:paraId="422FA7D5" w14:textId="77777777" w:rsidR="00BB61D6" w:rsidRDefault="00BB61D6" w:rsidP="00255D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8655B9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225328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C52A66" w14:textId="6ADF57A4" w:rsidR="00C9496B" w:rsidRPr="00AF5A1E" w:rsidRDefault="008377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2CAAF90A" w14:textId="608F7341" w:rsidR="00E30C3E" w:rsidRPr="00E30C3E" w:rsidRDefault="00BB61D6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B61D6">
        <w:rPr>
          <w:rFonts w:ascii="Times New Roman" w:hAnsi="Times New Roman" w:cs="Times New Roman"/>
          <w:sz w:val="24"/>
          <w:szCs w:val="24"/>
        </w:rPr>
        <w:t xml:space="preserve">Staj Anlaşmasının “Evaluation of the Trainee”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BB61D6">
        <w:rPr>
          <w:rFonts w:ascii="Times New Roman" w:hAnsi="Times New Roman" w:cs="Times New Roman"/>
          <w:sz w:val="24"/>
          <w:szCs w:val="24"/>
        </w:rPr>
        <w:t>ölümü</w:t>
      </w:r>
      <w:r>
        <w:rPr>
          <w:rFonts w:ascii="Times New Roman" w:hAnsi="Times New Roman" w:cs="Times New Roman"/>
          <w:sz w:val="24"/>
          <w:szCs w:val="24"/>
        </w:rPr>
        <w:t>nün</w:t>
      </w:r>
      <w:r w:rsidRPr="00BB6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BB61D6">
        <w:rPr>
          <w:rFonts w:ascii="Times New Roman" w:hAnsi="Times New Roman" w:cs="Times New Roman"/>
          <w:sz w:val="24"/>
          <w:szCs w:val="24"/>
        </w:rPr>
        <w:t xml:space="preserve">oldurulmuş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BB61D6">
        <w:rPr>
          <w:rFonts w:ascii="Times New Roman" w:hAnsi="Times New Roman" w:cs="Times New Roman"/>
          <w:sz w:val="24"/>
          <w:szCs w:val="24"/>
        </w:rPr>
        <w:t>üshası</w:t>
      </w:r>
    </w:p>
    <w:p w14:paraId="3620BA3E" w14:textId="6A07D7C2" w:rsidR="00E30C3E" w:rsidRP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 xml:space="preserve">Katılım Belgesi / </w:t>
      </w:r>
      <w:r w:rsidR="00BB61D6" w:rsidRPr="00BB61D6">
        <w:rPr>
          <w:rFonts w:ascii="Times New Roman" w:hAnsi="Times New Roman" w:cs="Times New Roman"/>
          <w:sz w:val="24"/>
          <w:szCs w:val="24"/>
        </w:rPr>
        <w:t>Certificate of Attendance</w:t>
      </w:r>
    </w:p>
    <w:p w14:paraId="2095AC8D" w14:textId="21AF0344" w:rsid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Ders İntibak B Tablosu</w:t>
      </w:r>
    </w:p>
    <w:p w14:paraId="7D5ADC48" w14:textId="7A0194BD" w:rsidR="00E30C3E" w:rsidRPr="00BB61D6" w:rsidRDefault="00E30C3E" w:rsidP="00BB61D6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Ders İntibak A Tablosu (Hareketlilik Öncesinde)</w:t>
      </w:r>
    </w:p>
    <w:p w14:paraId="2C7559C4" w14:textId="1C427607" w:rsidR="00C9496B" w:rsidRDefault="00AF5A1E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Öğrenim Anlaşması (Learning Agreement)</w:t>
      </w:r>
    </w:p>
    <w:p w14:paraId="44599772" w14:textId="37C860F6" w:rsidR="00E30C3E" w:rsidRDefault="00E30C3E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Yurda Giriş – Çıkış Belgesi</w:t>
      </w:r>
    </w:p>
    <w:p w14:paraId="1A0FD909" w14:textId="3F397786" w:rsidR="00F0033C" w:rsidRPr="00E30C3E" w:rsidRDefault="00F0033C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Pasaport Giriş-Çıkış Sayfaları</w:t>
      </w:r>
    </w:p>
    <w:sectPr w:rsidR="00F0033C" w:rsidRPr="00E30C3E" w:rsidSect="00A617D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F637F4"/>
    <w:multiLevelType w:val="hybridMultilevel"/>
    <w:tmpl w:val="52DE6A5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  <w:num w:numId="10" w16cid:durableId="12749419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70FB"/>
    <w:rsid w:val="0015074B"/>
    <w:rsid w:val="001E74A9"/>
    <w:rsid w:val="00282ED4"/>
    <w:rsid w:val="0029639D"/>
    <w:rsid w:val="002C2819"/>
    <w:rsid w:val="00326F90"/>
    <w:rsid w:val="0035439E"/>
    <w:rsid w:val="00366F6B"/>
    <w:rsid w:val="00424A6C"/>
    <w:rsid w:val="0044795C"/>
    <w:rsid w:val="0062396F"/>
    <w:rsid w:val="008443F8"/>
    <w:rsid w:val="00844F57"/>
    <w:rsid w:val="009B2B59"/>
    <w:rsid w:val="00A617DA"/>
    <w:rsid w:val="00AA1D8D"/>
    <w:rsid w:val="00AD0FD2"/>
    <w:rsid w:val="00AF5A1E"/>
    <w:rsid w:val="00B47730"/>
    <w:rsid w:val="00BB61D6"/>
    <w:rsid w:val="00BD125B"/>
    <w:rsid w:val="00C9496B"/>
    <w:rsid w:val="00CB0664"/>
    <w:rsid w:val="00D77541"/>
    <w:rsid w:val="00E30C3E"/>
    <w:rsid w:val="00EE18B7"/>
    <w:rsid w:val="00F0033C"/>
    <w:rsid w:val="00F952EA"/>
    <w:rsid w:val="00FB2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12</cp:revision>
  <dcterms:created xsi:type="dcterms:W3CDTF">2026-04-19T13:06:00Z</dcterms:created>
  <dcterms:modified xsi:type="dcterms:W3CDTF">2026-04-23T13:06:00Z</dcterms:modified>
  <cp:category/>
</cp:coreProperties>
</file>