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291C" w14:textId="77777777" w:rsidR="002D49F6" w:rsidRPr="004C4FA2" w:rsidRDefault="008D3F57">
      <w:pPr>
        <w:jc w:val="center"/>
      </w:pPr>
      <w:r w:rsidRPr="004C4FA2">
        <w:rPr>
          <w:b/>
          <w:sz w:val="28"/>
        </w:rPr>
        <w:t>ARRIVAL FORM</w:t>
      </w:r>
    </w:p>
    <w:p w14:paraId="3105EA1E" w14:textId="78CAB9C4" w:rsidR="002D49F6" w:rsidRPr="004C4FA2" w:rsidRDefault="008D3F57">
      <w:pPr>
        <w:jc w:val="center"/>
      </w:pPr>
      <w:r w:rsidRPr="004C4FA2">
        <w:rPr>
          <w:b/>
          <w:sz w:val="22"/>
        </w:rPr>
        <w:t>ERASMUS+ STUDENT MOBILITY</w:t>
      </w:r>
    </w:p>
    <w:p w14:paraId="4AF35DA9" w14:textId="77777777" w:rsidR="002D49F6" w:rsidRPr="004C4FA2" w:rsidRDefault="002D49F6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809"/>
        <w:gridCol w:w="3015"/>
        <w:gridCol w:w="3015"/>
      </w:tblGrid>
      <w:tr w:rsidR="002D49F6" w:rsidRPr="004C4FA2" w14:paraId="1238E134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5CF149" w14:textId="77777777" w:rsidR="002D49F6" w:rsidRPr="004C4FA2" w:rsidRDefault="008D3F57">
            <w:r w:rsidRPr="004C4FA2">
              <w:rPr>
                <w:b/>
              </w:rPr>
              <w:t>Student’s Name and Surname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17602" w14:textId="77777777" w:rsidR="002D49F6" w:rsidRPr="004C4FA2" w:rsidRDefault="002D49F6"/>
        </w:tc>
      </w:tr>
      <w:tr w:rsidR="002D49F6" w:rsidRPr="004C4FA2" w14:paraId="37AABABA" w14:textId="77777777" w:rsidTr="00443114">
        <w:trPr>
          <w:trHeight w:val="189"/>
        </w:trPr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243D64" w14:textId="4D6EA55D" w:rsidR="002D49F6" w:rsidRPr="004C4FA2" w:rsidRDefault="008D3F57">
            <w:r w:rsidRPr="004C4FA2">
              <w:rPr>
                <w:b/>
              </w:rPr>
              <w:t xml:space="preserve">Student </w:t>
            </w:r>
            <w:r w:rsidR="001D778E" w:rsidRPr="004C4FA2">
              <w:rPr>
                <w:b/>
              </w:rPr>
              <w:t>ID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53F355" w14:textId="77777777" w:rsidR="002D49F6" w:rsidRPr="004C4FA2" w:rsidRDefault="002D49F6"/>
        </w:tc>
      </w:tr>
      <w:tr w:rsidR="002D49F6" w:rsidRPr="004C4FA2" w14:paraId="442D0181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A49EA" w14:textId="77777777" w:rsidR="002D49F6" w:rsidRPr="004C4FA2" w:rsidRDefault="008D3F57">
            <w:r w:rsidRPr="004C4FA2">
              <w:rPr>
                <w:b/>
              </w:rPr>
              <w:t xml:space="preserve">Department / </w:t>
            </w:r>
            <w:proofErr w:type="spellStart"/>
            <w:r w:rsidRPr="004C4FA2">
              <w:rPr>
                <w:b/>
              </w:rPr>
              <w:t>Programme</w:t>
            </w:r>
            <w:proofErr w:type="spellEnd"/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824F68" w14:textId="77777777" w:rsidR="002D49F6" w:rsidRPr="004C4FA2" w:rsidRDefault="002D49F6"/>
        </w:tc>
      </w:tr>
      <w:tr w:rsidR="001D778E" w:rsidRPr="004C4FA2" w14:paraId="54B6729E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7848AC" w14:textId="4B12C28F" w:rsidR="001D778E" w:rsidRPr="004C4FA2" w:rsidRDefault="001D778E">
            <w:pPr>
              <w:rPr>
                <w:b/>
              </w:rPr>
            </w:pPr>
            <w:r w:rsidRPr="004C4FA2">
              <w:rPr>
                <w:b/>
              </w:rPr>
              <w:t>Mobility Type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88C33A" w14:textId="79513660" w:rsidR="001D778E" w:rsidRPr="004C4FA2" w:rsidRDefault="001D778E">
            <w:r w:rsidRPr="004C4FA2">
              <w:t>Traineeship</w:t>
            </w:r>
          </w:p>
        </w:tc>
      </w:tr>
      <w:tr w:rsidR="001D778E" w:rsidRPr="004C4FA2" w14:paraId="13C33B40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B0465" w14:textId="6A2ADF31" w:rsidR="001D778E" w:rsidRPr="004C4FA2" w:rsidRDefault="001D778E">
            <w:pPr>
              <w:rPr>
                <w:b/>
              </w:rPr>
            </w:pPr>
            <w:proofErr w:type="spellStart"/>
            <w:r w:rsidRPr="004C4FA2">
              <w:rPr>
                <w:b/>
              </w:rPr>
              <w:t>Programme</w:t>
            </w:r>
            <w:proofErr w:type="spellEnd"/>
            <w:r w:rsidRPr="004C4FA2">
              <w:rPr>
                <w:b/>
              </w:rPr>
              <w:t xml:space="preserve"> Type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B4879B" w14:textId="1B57F32C" w:rsidR="001D778E" w:rsidRPr="004C4FA2" w:rsidRDefault="001D778E">
            <w:r w:rsidRPr="004C4FA2">
              <w:t>KA131</w:t>
            </w:r>
          </w:p>
        </w:tc>
      </w:tr>
      <w:tr w:rsidR="001D778E" w:rsidRPr="004C4FA2" w14:paraId="3965A715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9F7899" w14:textId="5BF65247" w:rsidR="001D778E" w:rsidRPr="004C4FA2" w:rsidRDefault="001D778E">
            <w:r w:rsidRPr="004C4FA2">
              <w:rPr>
                <w:b/>
              </w:rPr>
              <w:t>Home Institution / Erasmus+ Code</w:t>
            </w:r>
          </w:p>
        </w:tc>
        <w:tc>
          <w:tcPr>
            <w:tcW w:w="30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AFA6F" w14:textId="77777777" w:rsidR="001D778E" w:rsidRPr="004C4FA2" w:rsidRDefault="001D778E">
            <w:r w:rsidRPr="004C4FA2">
              <w:t>Hakkari University</w:t>
            </w:r>
          </w:p>
        </w:tc>
        <w:tc>
          <w:tcPr>
            <w:tcW w:w="3015" w:type="dxa"/>
            <w:vAlign w:val="center"/>
          </w:tcPr>
          <w:p w14:paraId="39E24B0B" w14:textId="2B1446C2" w:rsidR="001D778E" w:rsidRPr="004C4FA2" w:rsidRDefault="001D778E">
            <w:r w:rsidRPr="004C4FA2">
              <w:t>TR HAKKARI01</w:t>
            </w:r>
          </w:p>
        </w:tc>
      </w:tr>
      <w:tr w:rsidR="001D778E" w:rsidRPr="004C4FA2" w14:paraId="2F23D581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C7B26A" w14:textId="126B7E80" w:rsidR="001D778E" w:rsidRPr="004C4FA2" w:rsidRDefault="001D778E">
            <w:r w:rsidRPr="004C4FA2">
              <w:rPr>
                <w:b/>
              </w:rPr>
              <w:t>Host Institution / Erasmus+ Code</w:t>
            </w:r>
          </w:p>
        </w:tc>
        <w:tc>
          <w:tcPr>
            <w:tcW w:w="301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4F196" w14:textId="77777777" w:rsidR="001D778E" w:rsidRPr="004C4FA2" w:rsidRDefault="001D778E"/>
        </w:tc>
        <w:tc>
          <w:tcPr>
            <w:tcW w:w="3015" w:type="dxa"/>
            <w:vAlign w:val="center"/>
          </w:tcPr>
          <w:p w14:paraId="07144190" w14:textId="0D045B73" w:rsidR="001D778E" w:rsidRPr="004C4FA2" w:rsidRDefault="001D778E"/>
        </w:tc>
      </w:tr>
      <w:tr w:rsidR="002D49F6" w:rsidRPr="004C4FA2" w14:paraId="364C9A2F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C28571" w14:textId="324C3D51" w:rsidR="002D49F6" w:rsidRPr="004C4FA2" w:rsidRDefault="002115B1">
            <w:r w:rsidRPr="002115B1">
              <w:rPr>
                <w:b/>
              </w:rPr>
              <w:t>Traineeship Dates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85EFC8" w14:textId="307DE9C3" w:rsidR="002D49F6" w:rsidRPr="004C4FA2" w:rsidRDefault="002115B1">
            <w:r w:rsidRPr="004C4FA2">
              <w:t>… / … / 20…</w:t>
            </w:r>
            <w:r>
              <w:t xml:space="preserve"> -</w:t>
            </w:r>
            <w:r>
              <w:t xml:space="preserve"> </w:t>
            </w:r>
            <w:r w:rsidRPr="004C4FA2">
              <w:t>… / … / 20…</w:t>
            </w:r>
            <w:r>
              <w:t xml:space="preserve"> -</w:t>
            </w:r>
          </w:p>
        </w:tc>
      </w:tr>
      <w:tr w:rsidR="002D49F6" w:rsidRPr="004C4FA2" w14:paraId="43CA7437" w14:textId="77777777" w:rsidTr="00443114">
        <w:tc>
          <w:tcPr>
            <w:tcW w:w="3809" w:type="dxa"/>
            <w:shd w:val="clear" w:color="auto" w:fill="F5F7F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FE7BBD" w14:textId="77777777" w:rsidR="002D49F6" w:rsidRPr="004C4FA2" w:rsidRDefault="008D3F57">
            <w:r w:rsidRPr="004C4FA2">
              <w:rPr>
                <w:b/>
              </w:rPr>
              <w:t>Arrival Date</w:t>
            </w:r>
          </w:p>
        </w:tc>
        <w:tc>
          <w:tcPr>
            <w:tcW w:w="60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DDD893" w14:textId="5B9FDD65" w:rsidR="002D49F6" w:rsidRPr="004C4FA2" w:rsidRDefault="008D3F57">
            <w:r w:rsidRPr="004C4FA2">
              <w:t>… / … / 20…</w:t>
            </w:r>
            <w:r w:rsidR="002115B1">
              <w:t xml:space="preserve"> </w:t>
            </w:r>
          </w:p>
        </w:tc>
      </w:tr>
    </w:tbl>
    <w:p w14:paraId="48D942B6" w14:textId="77777777" w:rsidR="002D49F6" w:rsidRPr="004C4FA2" w:rsidRDefault="002D49F6"/>
    <w:p w14:paraId="51E12D10" w14:textId="39250B24" w:rsidR="002D49F6" w:rsidRPr="004C4FA2" w:rsidRDefault="008D3F57" w:rsidP="001D778E">
      <w:pPr>
        <w:jc w:val="both"/>
      </w:pPr>
      <w:r w:rsidRPr="004C4FA2">
        <w:rPr>
          <w:sz w:val="21"/>
        </w:rPr>
        <w:t>This document certifies that the student named above has arrived at the host institution for Erasmus+ student mobility and has commenced the mobility period as of the date indicated above.</w:t>
      </w:r>
    </w:p>
    <w:p w14:paraId="468A9CB3" w14:textId="77777777" w:rsidR="002D49F6" w:rsidRPr="004C4FA2" w:rsidRDefault="002D49F6"/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815"/>
        <w:gridCol w:w="6040"/>
      </w:tblGrid>
      <w:tr w:rsidR="002D49F6" w:rsidRPr="004C4FA2" w14:paraId="55E299CF" w14:textId="77777777" w:rsidTr="00443114">
        <w:trPr>
          <w:trHeight w:val="471"/>
        </w:trPr>
        <w:tc>
          <w:tcPr>
            <w:tcW w:w="3402" w:type="dxa"/>
            <w:shd w:val="clear" w:color="auto" w:fill="F5F7FA"/>
            <w:vAlign w:val="center"/>
          </w:tcPr>
          <w:p w14:paraId="4EAA495B" w14:textId="77777777" w:rsidR="002D49F6" w:rsidRPr="004C4FA2" w:rsidRDefault="008D3F57">
            <w:r w:rsidRPr="004C4FA2">
              <w:rPr>
                <w:b/>
              </w:rPr>
              <w:t>Name and Title of the Signatory at Host Institution</w:t>
            </w:r>
          </w:p>
        </w:tc>
        <w:tc>
          <w:tcPr>
            <w:tcW w:w="5386" w:type="dxa"/>
            <w:vAlign w:val="center"/>
          </w:tcPr>
          <w:p w14:paraId="75CD0916" w14:textId="77777777" w:rsidR="002D49F6" w:rsidRPr="004C4FA2" w:rsidRDefault="002D49F6"/>
        </w:tc>
      </w:tr>
      <w:tr w:rsidR="002D49F6" w:rsidRPr="004C4FA2" w14:paraId="6113FCD3" w14:textId="77777777" w:rsidTr="00443114">
        <w:trPr>
          <w:trHeight w:val="435"/>
        </w:trPr>
        <w:tc>
          <w:tcPr>
            <w:tcW w:w="3402" w:type="dxa"/>
            <w:shd w:val="clear" w:color="auto" w:fill="F5F7FA"/>
            <w:vAlign w:val="center"/>
          </w:tcPr>
          <w:p w14:paraId="71338E1C" w14:textId="77777777" w:rsidR="002D49F6" w:rsidRPr="004C4FA2" w:rsidRDefault="008D3F57">
            <w:r w:rsidRPr="004C4FA2">
              <w:rPr>
                <w:b/>
              </w:rPr>
              <w:t>Date</w:t>
            </w:r>
          </w:p>
        </w:tc>
        <w:tc>
          <w:tcPr>
            <w:tcW w:w="5386" w:type="dxa"/>
            <w:vAlign w:val="center"/>
          </w:tcPr>
          <w:p w14:paraId="61DFC84C" w14:textId="77777777" w:rsidR="002D49F6" w:rsidRPr="004C4FA2" w:rsidRDefault="002D49F6"/>
        </w:tc>
      </w:tr>
      <w:tr w:rsidR="002D49F6" w:rsidRPr="004C4FA2" w14:paraId="4D9D4E1C" w14:textId="77777777" w:rsidTr="00443114">
        <w:trPr>
          <w:trHeight w:val="670"/>
        </w:trPr>
        <w:tc>
          <w:tcPr>
            <w:tcW w:w="3402" w:type="dxa"/>
            <w:shd w:val="clear" w:color="auto" w:fill="F5F7FA"/>
            <w:vAlign w:val="center"/>
          </w:tcPr>
          <w:p w14:paraId="56D71619" w14:textId="77777777" w:rsidR="002D49F6" w:rsidRPr="004C4FA2" w:rsidRDefault="008D3F57">
            <w:r w:rsidRPr="004C4FA2">
              <w:rPr>
                <w:b/>
              </w:rPr>
              <w:t>Signature</w:t>
            </w:r>
          </w:p>
        </w:tc>
        <w:tc>
          <w:tcPr>
            <w:tcW w:w="5386" w:type="dxa"/>
            <w:vAlign w:val="center"/>
          </w:tcPr>
          <w:p w14:paraId="1477A90F" w14:textId="77777777" w:rsidR="002D49F6" w:rsidRPr="004C4FA2" w:rsidRDefault="002D49F6"/>
        </w:tc>
      </w:tr>
      <w:tr w:rsidR="002D49F6" w:rsidRPr="004C4FA2" w14:paraId="2B3B10AB" w14:textId="77777777" w:rsidTr="00443114">
        <w:trPr>
          <w:trHeight w:val="1701"/>
        </w:trPr>
        <w:tc>
          <w:tcPr>
            <w:tcW w:w="3402" w:type="dxa"/>
            <w:shd w:val="clear" w:color="auto" w:fill="F5F7FA"/>
            <w:vAlign w:val="center"/>
          </w:tcPr>
          <w:p w14:paraId="26CA61B7" w14:textId="77777777" w:rsidR="002D49F6" w:rsidRPr="004C4FA2" w:rsidRDefault="008D3F57">
            <w:r w:rsidRPr="004C4FA2">
              <w:rPr>
                <w:b/>
              </w:rPr>
              <w:t>Stamp / Seal of the Host Institution</w:t>
            </w:r>
          </w:p>
        </w:tc>
        <w:tc>
          <w:tcPr>
            <w:tcW w:w="5386" w:type="dxa"/>
            <w:vAlign w:val="center"/>
          </w:tcPr>
          <w:p w14:paraId="3D135F48" w14:textId="77777777" w:rsidR="002D49F6" w:rsidRPr="004C4FA2" w:rsidRDefault="002D49F6"/>
        </w:tc>
      </w:tr>
    </w:tbl>
    <w:p w14:paraId="13FB3CDA" w14:textId="77777777" w:rsidR="002D49F6" w:rsidRPr="004C4FA2" w:rsidRDefault="002D49F6"/>
    <w:p w14:paraId="285A2AAC" w14:textId="77777777" w:rsidR="002D49F6" w:rsidRPr="004C4FA2" w:rsidRDefault="008D3F57">
      <w:r w:rsidRPr="004C4FA2">
        <w:rPr>
          <w:b/>
        </w:rPr>
        <w:t>Please send the signed and stamped form by e-mail to:</w:t>
      </w:r>
    </w:p>
    <w:p w14:paraId="2623DA28" w14:textId="77777777" w:rsidR="002D49F6" w:rsidRPr="004C4FA2" w:rsidRDefault="008D3F57">
      <w:r w:rsidRPr="004C4FA2">
        <w:rPr>
          <w:b/>
        </w:rPr>
        <w:t>erasmus@hakkari.edu.tr</w:t>
      </w:r>
    </w:p>
    <w:p w14:paraId="487509EC" w14:textId="77777777" w:rsidR="002D49F6" w:rsidRDefault="008D3F57">
      <w:r w:rsidRPr="004C4FA2">
        <w:t>Hakkari University Erasmus+ Office</w:t>
      </w:r>
    </w:p>
    <w:sectPr w:rsidR="002D49F6" w:rsidSect="00F339BF">
      <w:headerReference w:type="default" r:id="rId8"/>
      <w:footerReference w:type="default" r:id="rId9"/>
      <w:pgSz w:w="11907" w:h="16840" w:code="9"/>
      <w:pgMar w:top="851" w:right="1134" w:bottom="851" w:left="1134" w:header="73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C8925" w14:textId="77777777" w:rsidR="008D3F57" w:rsidRPr="004C4FA2" w:rsidRDefault="008D3F57" w:rsidP="006833D1">
      <w:pPr>
        <w:spacing w:after="0" w:line="240" w:lineRule="auto"/>
      </w:pPr>
      <w:r w:rsidRPr="004C4FA2">
        <w:separator/>
      </w:r>
    </w:p>
  </w:endnote>
  <w:endnote w:type="continuationSeparator" w:id="0">
    <w:p w14:paraId="23A9CA0F" w14:textId="77777777" w:rsidR="008D3F57" w:rsidRPr="004C4FA2" w:rsidRDefault="008D3F57" w:rsidP="006833D1">
      <w:pPr>
        <w:spacing w:after="0" w:line="240" w:lineRule="auto"/>
      </w:pPr>
      <w:r w:rsidRPr="004C4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58A2" w14:textId="605D9853" w:rsidR="002115B1" w:rsidRPr="004C4FA2" w:rsidRDefault="002115B1" w:rsidP="002115B1">
    <w:pPr>
      <w:pStyle w:val="stBilgi"/>
      <w:jc w:val="right"/>
    </w:pPr>
    <w:r w:rsidRPr="004C4FA2">
      <w:rPr>
        <w:rFonts w:ascii="Segoe UI Emoji" w:hAnsi="Segoe UI Emoji" w:cs="Segoe UI Emoji"/>
      </w:rPr>
      <w:t>📧</w:t>
    </w:r>
    <w:r w:rsidRPr="004C4FA2">
      <w:t xml:space="preserve"> Email: erasmus@hakkari.edu.tr</w:t>
    </w:r>
  </w:p>
  <w:p w14:paraId="4DC26F08" w14:textId="01A99687" w:rsidR="002115B1" w:rsidRDefault="002115B1" w:rsidP="002115B1">
    <w:pPr>
      <w:pStyle w:val="stBilgi"/>
      <w:jc w:val="right"/>
    </w:pPr>
    <w:r w:rsidRPr="004C4FA2">
      <w:rPr>
        <w:rFonts w:ascii="Segoe UI Emoji" w:hAnsi="Segoe UI Emoji" w:cs="Segoe UI Emoji"/>
      </w:rPr>
      <w:t>📞</w:t>
    </w:r>
    <w:r w:rsidRPr="004C4FA2">
      <w:t xml:space="preserve"> Phone: +90 438 212 12 12 / 6505, 6501</w:t>
    </w:r>
  </w:p>
  <w:p w14:paraId="01B4461E" w14:textId="77777777" w:rsidR="002115B1" w:rsidRDefault="002115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7BD6D" w14:textId="77777777" w:rsidR="008D3F57" w:rsidRPr="004C4FA2" w:rsidRDefault="008D3F57" w:rsidP="006833D1">
      <w:pPr>
        <w:spacing w:after="0" w:line="240" w:lineRule="auto"/>
      </w:pPr>
      <w:r w:rsidRPr="004C4FA2">
        <w:separator/>
      </w:r>
    </w:p>
  </w:footnote>
  <w:footnote w:type="continuationSeparator" w:id="0">
    <w:p w14:paraId="100F833F" w14:textId="77777777" w:rsidR="008D3F57" w:rsidRPr="004C4FA2" w:rsidRDefault="008D3F57" w:rsidP="006833D1">
      <w:pPr>
        <w:spacing w:after="0" w:line="240" w:lineRule="auto"/>
      </w:pPr>
      <w:r w:rsidRPr="004C4FA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C542" w14:textId="4CDF9ED3" w:rsidR="00F339BF" w:rsidRPr="004C4FA2" w:rsidRDefault="00F339BF" w:rsidP="00F339BF">
    <w:pPr>
      <w:pStyle w:val="stBilgi"/>
      <w:jc w:val="right"/>
    </w:pPr>
    <w:r w:rsidRPr="004C4FA2">
      <w:rPr>
        <w:noProof/>
      </w:rPr>
      <w:drawing>
        <wp:anchor distT="0" distB="0" distL="114300" distR="114300" simplePos="0" relativeHeight="251658240" behindDoc="1" locked="0" layoutInCell="1" allowOverlap="1" wp14:anchorId="09AB663F" wp14:editId="2A73FA63">
          <wp:simplePos x="0" y="0"/>
          <wp:positionH relativeFrom="column">
            <wp:posOffset>26670</wp:posOffset>
          </wp:positionH>
          <wp:positionV relativeFrom="paragraph">
            <wp:posOffset>-33655</wp:posOffset>
          </wp:positionV>
          <wp:extent cx="685800" cy="743365"/>
          <wp:effectExtent l="0" t="0" r="0" b="0"/>
          <wp:wrapNone/>
          <wp:docPr id="1472879308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2879308" name="Resim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7153" cy="7448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833D1" w:rsidRPr="004C4FA2">
      <w:t>HAKKAR</w:t>
    </w:r>
    <w:r w:rsidRPr="004C4FA2">
      <w:t>I</w:t>
    </w:r>
    <w:r w:rsidR="006833D1" w:rsidRPr="004C4FA2">
      <w:t xml:space="preserve"> UNIVERSITY </w:t>
    </w:r>
    <w:r w:rsidRPr="004C4FA2">
      <w:t>(TR HAKKARI01)</w:t>
    </w:r>
  </w:p>
  <w:p w14:paraId="18B0837E" w14:textId="562B0EB2" w:rsidR="00F339BF" w:rsidRPr="004C4FA2" w:rsidRDefault="00F339BF" w:rsidP="00F339BF">
    <w:pPr>
      <w:pStyle w:val="stBilgi"/>
      <w:jc w:val="right"/>
    </w:pPr>
    <w:r w:rsidRPr="004C4FA2">
      <w:t>Erasmus+ Institutional Coordination</w:t>
    </w:r>
  </w:p>
  <w:p w14:paraId="7158A89F" w14:textId="2F7BA283" w:rsidR="00F339BF" w:rsidRPr="004C4FA2" w:rsidRDefault="00F339BF" w:rsidP="00F339BF">
    <w:pPr>
      <w:pStyle w:val="stBilgi"/>
      <w:jc w:val="right"/>
    </w:pPr>
    <w:r w:rsidRPr="004C4FA2">
      <w:t xml:space="preserve"> </w:t>
    </w:r>
    <w:r w:rsidRPr="004C4FA2">
      <w:rPr>
        <w:rFonts w:ascii="Segoe UI Emoji" w:hAnsi="Segoe UI Emoji" w:cs="Segoe UI Emoji"/>
      </w:rPr>
      <w:t>📍</w:t>
    </w:r>
    <w:r w:rsidRPr="004C4FA2">
      <w:t xml:space="preserve"> Address:</w:t>
    </w:r>
  </w:p>
  <w:p w14:paraId="6BD07370" w14:textId="6C1193E3" w:rsidR="00F339BF" w:rsidRPr="004C4FA2" w:rsidRDefault="00F339BF" w:rsidP="00F339BF">
    <w:pPr>
      <w:pStyle w:val="stBilgi"/>
      <w:jc w:val="right"/>
    </w:pPr>
    <w:r w:rsidRPr="004C4FA2">
      <w:t xml:space="preserve">Zeynel Bey </w:t>
    </w:r>
    <w:r w:rsidR="004C4FA2" w:rsidRPr="004C4FA2">
      <w:t>Yerleşkesi</w:t>
    </w:r>
    <w:r w:rsidRPr="004C4FA2">
      <w:t xml:space="preserve">, </w:t>
    </w:r>
    <w:proofErr w:type="spellStart"/>
    <w:r w:rsidRPr="004C4FA2">
      <w:t>Keklikpınar</w:t>
    </w:r>
    <w:proofErr w:type="spellEnd"/>
    <w:r w:rsidRPr="004C4FA2">
      <w:t xml:space="preserve"> </w:t>
    </w:r>
    <w:proofErr w:type="spellStart"/>
    <w:r w:rsidR="004C4FA2" w:rsidRPr="004C4FA2">
      <w:t>Mahallesi</w:t>
    </w:r>
    <w:proofErr w:type="spellEnd"/>
  </w:p>
  <w:p w14:paraId="36E98B9F" w14:textId="274E2880" w:rsidR="00F339BF" w:rsidRPr="004C4FA2" w:rsidRDefault="004C4FA2" w:rsidP="00F339BF">
    <w:pPr>
      <w:pStyle w:val="stBilgi"/>
      <w:jc w:val="right"/>
    </w:pPr>
    <w:proofErr w:type="spellStart"/>
    <w:r w:rsidRPr="004C4FA2">
      <w:t>Kampüs</w:t>
    </w:r>
    <w:proofErr w:type="spellEnd"/>
    <w:r w:rsidRPr="004C4FA2">
      <w:t xml:space="preserve"> Caddesi</w:t>
    </w:r>
    <w:r w:rsidR="00F339BF" w:rsidRPr="004C4FA2">
      <w:t xml:space="preserve">, </w:t>
    </w:r>
    <w:proofErr w:type="spellStart"/>
    <w:r>
      <w:t>Merkezi</w:t>
    </w:r>
    <w:proofErr w:type="spellEnd"/>
    <w:r>
      <w:t xml:space="preserve"> </w:t>
    </w:r>
    <w:proofErr w:type="spellStart"/>
    <w:r>
      <w:t>Derslikler</w:t>
    </w:r>
    <w:proofErr w:type="spellEnd"/>
    <w:r>
      <w:t xml:space="preserve"> </w:t>
    </w:r>
    <w:proofErr w:type="spellStart"/>
    <w:r>
      <w:t>Binası</w:t>
    </w:r>
    <w:proofErr w:type="spellEnd"/>
  </w:p>
  <w:p w14:paraId="389E1706" w14:textId="77777777" w:rsidR="00F339BF" w:rsidRPr="004C4FA2" w:rsidRDefault="00F339BF" w:rsidP="00F339BF">
    <w:pPr>
      <w:pStyle w:val="stBilgi"/>
      <w:jc w:val="right"/>
    </w:pPr>
    <w:r w:rsidRPr="004C4FA2">
      <w:t>30000 Merkez / Hakkari</w:t>
    </w:r>
  </w:p>
  <w:p w14:paraId="46EFE406" w14:textId="23E606DD" w:rsidR="006833D1" w:rsidRPr="004C4FA2" w:rsidRDefault="00F339BF" w:rsidP="00F339BF">
    <w:pPr>
      <w:pStyle w:val="stBilgi"/>
      <w:jc w:val="right"/>
    </w:pPr>
    <w:r w:rsidRPr="004C4FA2">
      <w:t>Türkiye</w:t>
    </w:r>
  </w:p>
  <w:p w14:paraId="2F41DBB4" w14:textId="77777777" w:rsidR="006833D1" w:rsidRPr="004C4FA2" w:rsidRDefault="006833D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1889796">
    <w:abstractNumId w:val="8"/>
  </w:num>
  <w:num w:numId="2" w16cid:durableId="216668841">
    <w:abstractNumId w:val="6"/>
  </w:num>
  <w:num w:numId="3" w16cid:durableId="1296642632">
    <w:abstractNumId w:val="5"/>
  </w:num>
  <w:num w:numId="4" w16cid:durableId="783303191">
    <w:abstractNumId w:val="4"/>
  </w:num>
  <w:num w:numId="5" w16cid:durableId="1011221914">
    <w:abstractNumId w:val="7"/>
  </w:num>
  <w:num w:numId="6" w16cid:durableId="1270166957">
    <w:abstractNumId w:val="3"/>
  </w:num>
  <w:num w:numId="7" w16cid:durableId="1699502860">
    <w:abstractNumId w:val="2"/>
  </w:num>
  <w:num w:numId="8" w16cid:durableId="1791052843">
    <w:abstractNumId w:val="1"/>
  </w:num>
  <w:num w:numId="9" w16cid:durableId="46138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45C5"/>
    <w:rsid w:val="00034616"/>
    <w:rsid w:val="0006063C"/>
    <w:rsid w:val="00137CF5"/>
    <w:rsid w:val="0015074B"/>
    <w:rsid w:val="001D778E"/>
    <w:rsid w:val="002115B1"/>
    <w:rsid w:val="0029639D"/>
    <w:rsid w:val="002D49F6"/>
    <w:rsid w:val="00326F90"/>
    <w:rsid w:val="003F3FEA"/>
    <w:rsid w:val="00443114"/>
    <w:rsid w:val="004C4FA2"/>
    <w:rsid w:val="00565C3D"/>
    <w:rsid w:val="00630B4B"/>
    <w:rsid w:val="006833D1"/>
    <w:rsid w:val="008D3F57"/>
    <w:rsid w:val="00AA1D8D"/>
    <w:rsid w:val="00B47730"/>
    <w:rsid w:val="00CB0664"/>
    <w:rsid w:val="00D353ED"/>
    <w:rsid w:val="00F339BF"/>
    <w:rsid w:val="00F914D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A8F30C"/>
  <w14:defaultImageDpi w14:val="300"/>
  <w15:docId w15:val="{A7567D37-288E-431F-9793-83B80F83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Savaş Beyter</cp:lastModifiedBy>
  <cp:revision>6</cp:revision>
  <dcterms:created xsi:type="dcterms:W3CDTF">2013-12-23T23:15:00Z</dcterms:created>
  <dcterms:modified xsi:type="dcterms:W3CDTF">2026-04-23T14:31:00Z</dcterms:modified>
  <cp:category/>
</cp:coreProperties>
</file>