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D688C" w14:textId="77777777" w:rsidR="003A4707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B8D">
        <w:rPr>
          <w:rFonts w:ascii="Times New Roman" w:hAnsi="Times New Roman" w:cs="Times New Roman"/>
          <w:b/>
          <w:sz w:val="24"/>
          <w:szCs w:val="24"/>
        </w:rPr>
        <w:t>T.C.</w:t>
      </w:r>
    </w:p>
    <w:p w14:paraId="1D9098A8" w14:textId="77777777" w:rsidR="003A4707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E6B8D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Pr="003E6B8D">
        <w:rPr>
          <w:rFonts w:ascii="Times New Roman" w:hAnsi="Times New Roman" w:cs="Times New Roman"/>
          <w:b/>
          <w:sz w:val="24"/>
          <w:szCs w:val="24"/>
        </w:rPr>
        <w:t xml:space="preserve"> ÜNİVERSİTESİ REKTÖRLÜĞÜNE</w:t>
      </w:r>
    </w:p>
    <w:p w14:paraId="22F3697A" w14:textId="01EFDD1E" w:rsidR="00025FC3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B8D">
        <w:rPr>
          <w:rFonts w:ascii="Times New Roman" w:hAnsi="Times New Roman" w:cs="Times New Roman"/>
          <w:b/>
          <w:sz w:val="24"/>
          <w:szCs w:val="24"/>
        </w:rPr>
        <w:t xml:space="preserve">Uluslararası İş </w:t>
      </w:r>
      <w:r w:rsidR="00025FC3" w:rsidRPr="003E6B8D">
        <w:rPr>
          <w:rFonts w:ascii="Times New Roman" w:hAnsi="Times New Roman" w:cs="Times New Roman"/>
          <w:b/>
          <w:sz w:val="24"/>
          <w:szCs w:val="24"/>
        </w:rPr>
        <w:t>B</w:t>
      </w:r>
      <w:r w:rsidRPr="003E6B8D">
        <w:rPr>
          <w:rFonts w:ascii="Times New Roman" w:hAnsi="Times New Roman" w:cs="Times New Roman"/>
          <w:b/>
          <w:sz w:val="24"/>
          <w:szCs w:val="24"/>
        </w:rPr>
        <w:t>irliği Ofisi</w:t>
      </w:r>
    </w:p>
    <w:p w14:paraId="4F3D17AF" w14:textId="707711D1" w:rsidR="003A4707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B8D">
        <w:rPr>
          <w:rFonts w:ascii="Times New Roman" w:hAnsi="Times New Roman" w:cs="Times New Roman"/>
          <w:b/>
          <w:sz w:val="24"/>
          <w:szCs w:val="24"/>
        </w:rPr>
        <w:t>Erasmus+ Kurum Koordinatörlüğü</w:t>
      </w:r>
    </w:p>
    <w:p w14:paraId="1BC133F2" w14:textId="77777777" w:rsidR="003A4707" w:rsidRPr="003A4707" w:rsidRDefault="003A4707" w:rsidP="003A47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629" w:type="dxa"/>
        <w:tblLook w:val="04A0" w:firstRow="1" w:lastRow="0" w:firstColumn="1" w:lastColumn="0" w:noHBand="0" w:noVBand="1"/>
      </w:tblPr>
      <w:tblGrid>
        <w:gridCol w:w="3113"/>
        <w:gridCol w:w="3259"/>
        <w:gridCol w:w="3257"/>
      </w:tblGrid>
      <w:tr w:rsidR="006B2A79" w14:paraId="4DE5ACA4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1B9704E1" w14:textId="1B2EE53D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Adı -</w:t>
            </w:r>
            <w:proofErr w:type="gramEnd"/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Soyadı</w:t>
            </w:r>
          </w:p>
        </w:tc>
        <w:tc>
          <w:tcPr>
            <w:tcW w:w="6516" w:type="dxa"/>
            <w:gridSpan w:val="2"/>
          </w:tcPr>
          <w:p w14:paraId="147B0118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2BC502FB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279B13C" w14:textId="711D11B3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Numarası</w:t>
            </w:r>
          </w:p>
        </w:tc>
        <w:tc>
          <w:tcPr>
            <w:tcW w:w="3259" w:type="dxa"/>
          </w:tcPr>
          <w:p w14:paraId="1224E4AA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</w:tcPr>
          <w:p w14:paraId="1405561B" w14:textId="14300B0E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40BA0570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15B01E9" w14:textId="033CF73E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E-Posta Adresi / Telefon</w:t>
            </w:r>
          </w:p>
        </w:tc>
        <w:tc>
          <w:tcPr>
            <w:tcW w:w="3259" w:type="dxa"/>
          </w:tcPr>
          <w:p w14:paraId="54A5F208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</w:tcPr>
          <w:p w14:paraId="45DCBFE1" w14:textId="4AC3CD40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19A1F1A7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D4A5732" w14:textId="54E5B8B3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Enstitü / Fakülte / MYO</w:t>
            </w:r>
          </w:p>
        </w:tc>
        <w:tc>
          <w:tcPr>
            <w:tcW w:w="6516" w:type="dxa"/>
            <w:gridSpan w:val="2"/>
          </w:tcPr>
          <w:p w14:paraId="1DC13F31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256D7443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2B984E79" w14:textId="0BEB8732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Bölümü / Programı</w:t>
            </w:r>
          </w:p>
        </w:tc>
        <w:tc>
          <w:tcPr>
            <w:tcW w:w="6516" w:type="dxa"/>
            <w:gridSpan w:val="2"/>
          </w:tcPr>
          <w:p w14:paraId="0F3CAAB4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465E649C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8228719" w14:textId="65AE3D50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Sınıfı</w:t>
            </w:r>
          </w:p>
        </w:tc>
        <w:tc>
          <w:tcPr>
            <w:tcW w:w="6516" w:type="dxa"/>
            <w:gridSpan w:val="2"/>
          </w:tcPr>
          <w:p w14:paraId="150A474F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4CF1201D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1299F6C" w14:textId="68731015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Erasmus+ Faaliyet Türü</w:t>
            </w:r>
          </w:p>
        </w:tc>
        <w:tc>
          <w:tcPr>
            <w:tcW w:w="6516" w:type="dxa"/>
            <w:gridSpan w:val="2"/>
          </w:tcPr>
          <w:p w14:paraId="3BB5EA7A" w14:textId="7CAA4B53" w:rsidR="006B2A79" w:rsidRDefault="00F261FC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Staj</w:t>
            </w:r>
          </w:p>
        </w:tc>
      </w:tr>
      <w:tr w:rsidR="006B2A79" w14:paraId="42D50D74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A16BA28" w14:textId="213CF6A8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Program Türü</w:t>
            </w:r>
          </w:p>
        </w:tc>
        <w:tc>
          <w:tcPr>
            <w:tcW w:w="6516" w:type="dxa"/>
            <w:gridSpan w:val="2"/>
          </w:tcPr>
          <w:p w14:paraId="4B98DFF8" w14:textId="5421D4F8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KA131</w:t>
            </w:r>
          </w:p>
        </w:tc>
      </w:tr>
      <w:tr w:rsidR="00E237F6" w14:paraId="1BAD57EA" w14:textId="77777777" w:rsidTr="00EE415D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1A102370" w14:textId="54122643" w:rsidR="00E237F6" w:rsidRDefault="00E237F6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7F6">
              <w:rPr>
                <w:rFonts w:ascii="Times New Roman" w:hAnsi="Times New Roman" w:cs="Times New Roman"/>
                <w:b/>
                <w:sz w:val="24"/>
                <w:szCs w:val="24"/>
              </w:rPr>
              <w:t>Staj Tarihleri</w:t>
            </w:r>
          </w:p>
        </w:tc>
        <w:tc>
          <w:tcPr>
            <w:tcW w:w="6516" w:type="dxa"/>
            <w:gridSpan w:val="2"/>
          </w:tcPr>
          <w:p w14:paraId="66746E03" w14:textId="7B0157A4" w:rsidR="00E237F6" w:rsidRDefault="00E237F6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6A7011" w14:textId="77777777" w:rsidR="006B2A79" w:rsidRPr="003A4707" w:rsidRDefault="006B2A79" w:rsidP="003A4707">
      <w:pPr>
        <w:rPr>
          <w:rFonts w:ascii="Times New Roman" w:hAnsi="Times New Roman" w:cs="Times New Roman"/>
          <w:sz w:val="24"/>
          <w:szCs w:val="24"/>
        </w:rPr>
      </w:pPr>
    </w:p>
    <w:p w14:paraId="12F4071F" w14:textId="363B77B0" w:rsidR="00F5612C" w:rsidRPr="00F5612C" w:rsidRDefault="00F5612C" w:rsidP="00F5612C">
      <w:pPr>
        <w:jc w:val="both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Erasmus+ hareketliliğim kapsamında vize işlemlerim tamamlanmış olup, aşağıda belirtilen belgeleri </w:t>
      </w:r>
      <w:r w:rsidRPr="00F5612C">
        <w:rPr>
          <w:rFonts w:ascii="Times New Roman" w:hAnsi="Times New Roman" w:cs="Times New Roman"/>
          <w:b/>
          <w:bCs/>
          <w:sz w:val="24"/>
          <w:szCs w:val="24"/>
        </w:rPr>
        <w:t>erasmus@hakkari.edu.tr</w:t>
      </w:r>
      <w:r w:rsidRPr="00F5612C">
        <w:rPr>
          <w:rFonts w:ascii="Times New Roman" w:hAnsi="Times New Roman" w:cs="Times New Roman"/>
          <w:sz w:val="24"/>
          <w:szCs w:val="24"/>
        </w:rPr>
        <w:t xml:space="preserve"> adresine elektronik posta yoluyla gönderdiğimi beyan ederim. Ayrıca, söz konusu belgelerin kontrol edilmesini müteakip hibe sözleşmesinin hazırlanması ve imza sürecinin tamamlanması amacıyla Erasmus+ Kurum Koordinatörlüğüne başvuracağımı / ofise geleceğimi kabul ederim.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12C"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14:paraId="36C1DC65" w14:textId="77777777" w:rsidR="00F5612C" w:rsidRPr="00F5612C" w:rsidRDefault="00F5612C" w:rsidP="00F561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b/>
          <w:bCs/>
          <w:sz w:val="24"/>
          <w:szCs w:val="24"/>
        </w:rPr>
        <w:t>Gönderilen Belgeler:</w:t>
      </w:r>
    </w:p>
    <w:p w14:paraId="4630E802" w14:textId="65C961D8" w:rsidR="00F5612C" w:rsidRPr="00F5612C" w:rsidRDefault="00F5612C" w:rsidP="00F5612C">
      <w:pPr>
        <w:numPr>
          <w:ilvl w:val="0"/>
          <w:numId w:val="10"/>
        </w:numPr>
        <w:tabs>
          <w:tab w:val="clear" w:pos="36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Pasaportun İlgili Sayfaları </w:t>
      </w:r>
    </w:p>
    <w:p w14:paraId="5D415BFB" w14:textId="5B4C9FF7" w:rsidR="00F5612C" w:rsidRPr="00F5612C" w:rsidRDefault="00F5612C" w:rsidP="00F5612C">
      <w:pPr>
        <w:numPr>
          <w:ilvl w:val="0"/>
          <w:numId w:val="10"/>
        </w:numPr>
        <w:tabs>
          <w:tab w:val="clear" w:pos="36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Sağlık </w:t>
      </w:r>
      <w:r w:rsidR="00F261FC">
        <w:rPr>
          <w:rFonts w:ascii="Times New Roman" w:hAnsi="Times New Roman" w:cs="Times New Roman"/>
          <w:sz w:val="24"/>
          <w:szCs w:val="24"/>
        </w:rPr>
        <w:t xml:space="preserve">ve Kaza </w:t>
      </w:r>
      <w:r w:rsidRPr="00F5612C">
        <w:rPr>
          <w:rFonts w:ascii="Times New Roman" w:hAnsi="Times New Roman" w:cs="Times New Roman"/>
          <w:sz w:val="24"/>
          <w:szCs w:val="24"/>
        </w:rPr>
        <w:t xml:space="preserve">Sigortasının Elektronik Nüshası </w:t>
      </w:r>
    </w:p>
    <w:p w14:paraId="2F72A26C" w14:textId="07B38529" w:rsidR="00F5612C" w:rsidRPr="00F5612C" w:rsidRDefault="00F5612C" w:rsidP="00F5612C">
      <w:pPr>
        <w:numPr>
          <w:ilvl w:val="0"/>
          <w:numId w:val="10"/>
        </w:numPr>
        <w:tabs>
          <w:tab w:val="clear" w:pos="36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Avro Hesabına Ait Dekont / Hesap Bilgisi Belgesi </w:t>
      </w:r>
    </w:p>
    <w:p w14:paraId="59F8AF68" w14:textId="77777777" w:rsidR="00F5612C" w:rsidRDefault="00F5612C" w:rsidP="00F5612C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555"/>
        <w:gridCol w:w="4115"/>
      </w:tblGrid>
      <w:tr w:rsidR="006B2A79" w14:paraId="7914E4D7" w14:textId="77777777" w:rsidTr="006F2560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25F79147" w14:textId="70B37343" w:rsidR="006B2A79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4115" w:type="dxa"/>
          </w:tcPr>
          <w:p w14:paraId="5CFD3631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6F58F30E" w14:textId="77777777" w:rsidTr="006F2560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32FA026A" w14:textId="2F59D690" w:rsidR="006B2A79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4115" w:type="dxa"/>
          </w:tcPr>
          <w:p w14:paraId="5DCC5B5F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AB7C6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0E58B237" w14:textId="77777777" w:rsidTr="006F2560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4D948465" w14:textId="24892AA8" w:rsidR="006B2A79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4115" w:type="dxa"/>
          </w:tcPr>
          <w:p w14:paraId="0FECE6A3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5AA8AA" w14:textId="77777777" w:rsidR="006B2A79" w:rsidRDefault="006B2A79" w:rsidP="003A4707">
      <w:pPr>
        <w:rPr>
          <w:rFonts w:ascii="Times New Roman" w:hAnsi="Times New Roman" w:cs="Times New Roman"/>
          <w:sz w:val="24"/>
          <w:szCs w:val="24"/>
        </w:rPr>
      </w:pPr>
    </w:p>
    <w:p w14:paraId="1DC0130A" w14:textId="77777777" w:rsidR="00F5612C" w:rsidRDefault="00F5612C" w:rsidP="00F5612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8D56BF" w14:textId="77777777" w:rsidR="00F5612C" w:rsidRDefault="00F5612C" w:rsidP="00F5612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8374F9" w14:textId="77777777" w:rsidR="00F5612C" w:rsidRDefault="00F5612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E1FF163" w14:textId="226B5AB4" w:rsidR="00F5612C" w:rsidRDefault="00F5612C" w:rsidP="00F5612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5612C">
        <w:rPr>
          <w:rFonts w:ascii="Times New Roman" w:hAnsi="Times New Roman" w:cs="Times New Roman"/>
          <w:b/>
          <w:bCs/>
          <w:sz w:val="24"/>
          <w:szCs w:val="24"/>
        </w:rPr>
        <w:lastRenderedPageBreak/>
        <w:t>ERASMUS+ KURUM KOORDİNATÖRLÜĞÜ KONTROL BÖLÜMÜ</w:t>
      </w:r>
    </w:p>
    <w:p w14:paraId="0115AA12" w14:textId="71EBC7D4" w:rsidR="00F5612C" w:rsidRPr="00F5612C" w:rsidRDefault="00F5612C" w:rsidP="00F5612C">
      <w:pPr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color w:val="EE0000"/>
          <w:sz w:val="24"/>
          <w:szCs w:val="24"/>
        </w:rPr>
        <w:t>(</w:t>
      </w:r>
      <w:r w:rsidRPr="00F5612C">
        <w:rPr>
          <w:rFonts w:ascii="Times New Roman" w:hAnsi="Times New Roman" w:cs="Times New Roman"/>
          <w:color w:val="EE0000"/>
          <w:sz w:val="24"/>
          <w:szCs w:val="24"/>
        </w:rPr>
        <w:t>UYARI: Bu bölüm öğrenci tarafından doldurulmayacaktır. Yalnızca Erasmus+ Kurum Koordinatörlüğü tarafından kontrol ve onay amacıyla kullanılacaktır.</w:t>
      </w:r>
      <w:r>
        <w:rPr>
          <w:rFonts w:ascii="Times New Roman" w:hAnsi="Times New Roman" w:cs="Times New Roman"/>
          <w:color w:val="EE0000"/>
          <w:sz w:val="24"/>
          <w:szCs w:val="24"/>
        </w:rPr>
        <w:t>)</w:t>
      </w:r>
    </w:p>
    <w:p w14:paraId="7A7C1C22" w14:textId="77777777" w:rsidR="00F5612C" w:rsidRPr="00F5612C" w:rsidRDefault="00F5612C" w:rsidP="00F5612C">
      <w:pPr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Yukarıda adı geçen öğrenci tarafından </w:t>
      </w:r>
      <w:r w:rsidRPr="00F5612C">
        <w:rPr>
          <w:rFonts w:ascii="Times New Roman" w:hAnsi="Times New Roman" w:cs="Times New Roman"/>
          <w:b/>
          <w:bCs/>
          <w:sz w:val="24"/>
          <w:szCs w:val="24"/>
        </w:rPr>
        <w:t>erasmus@hakkari.edu.tr</w:t>
      </w:r>
      <w:r w:rsidRPr="00F5612C">
        <w:rPr>
          <w:rFonts w:ascii="Times New Roman" w:hAnsi="Times New Roman" w:cs="Times New Roman"/>
          <w:sz w:val="24"/>
          <w:szCs w:val="24"/>
        </w:rPr>
        <w:t xml:space="preserve"> adresine gönderildiği beyan edilen belgeler kontrol edilmiştir.</w:t>
      </w:r>
    </w:p>
    <w:p w14:paraId="065034E6" w14:textId="27A7C3BC" w:rsidR="00F5612C" w:rsidRDefault="00F5612C" w:rsidP="00F5612C">
      <w:pPr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Pasaportun ilgili sayfaları görülmüştür.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Sağlık </w:t>
      </w:r>
      <w:r w:rsidR="00F261FC">
        <w:rPr>
          <w:rFonts w:ascii="Times New Roman" w:hAnsi="Times New Roman" w:cs="Times New Roman"/>
          <w:sz w:val="24"/>
          <w:szCs w:val="24"/>
        </w:rPr>
        <w:t xml:space="preserve">ve kaza </w:t>
      </w:r>
      <w:r w:rsidRPr="00F5612C">
        <w:rPr>
          <w:rFonts w:ascii="Times New Roman" w:hAnsi="Times New Roman" w:cs="Times New Roman"/>
          <w:sz w:val="24"/>
          <w:szCs w:val="24"/>
        </w:rPr>
        <w:t>sigortasının elektronik nüshası görülmüştür.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Avro hesabına ait dekont / hesap bilgisi belgesi görülmüştür.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Belgeler uygun bulunmuştur.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Eksik / tamamlanması gereken hususlar vardır: ....................................</w:t>
      </w:r>
    </w:p>
    <w:p w14:paraId="0AA0787C" w14:textId="77777777" w:rsidR="00F261FC" w:rsidRPr="00F5612C" w:rsidRDefault="00F261FC" w:rsidP="00F5612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696"/>
        <w:gridCol w:w="3974"/>
      </w:tblGrid>
      <w:tr w:rsidR="00F5612C" w14:paraId="204F995E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3C871580" w14:textId="77777777" w:rsidR="00F5612C" w:rsidRDefault="00F5612C" w:rsidP="00F351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3974" w:type="dxa"/>
          </w:tcPr>
          <w:p w14:paraId="25509ACE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12C" w14:paraId="7807EAB2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28BB7E65" w14:textId="77777777" w:rsidR="00F5612C" w:rsidRDefault="00F5612C" w:rsidP="00F351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3974" w:type="dxa"/>
          </w:tcPr>
          <w:p w14:paraId="3BECBAF7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D5A25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12C" w14:paraId="6682673B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62C3A3C6" w14:textId="77777777" w:rsidR="00F5612C" w:rsidRDefault="00F5612C" w:rsidP="00F351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3974" w:type="dxa"/>
          </w:tcPr>
          <w:p w14:paraId="066EDF8A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12C" w14:paraId="76BDDA19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7A4CC13F" w14:textId="6CF6C99A" w:rsidR="00F5612C" w:rsidRPr="00AF5A1E" w:rsidRDefault="00F5612C" w:rsidP="00F5612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Unvan</w:t>
            </w:r>
          </w:p>
        </w:tc>
        <w:tc>
          <w:tcPr>
            <w:tcW w:w="3974" w:type="dxa"/>
          </w:tcPr>
          <w:p w14:paraId="6D9E8E16" w14:textId="77777777" w:rsidR="00F5612C" w:rsidRDefault="00F5612C" w:rsidP="00F56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6424F6" w14:textId="77777777" w:rsidR="00F5612C" w:rsidRPr="003A4707" w:rsidRDefault="00F5612C" w:rsidP="003A4707">
      <w:pPr>
        <w:rPr>
          <w:rFonts w:ascii="Times New Roman" w:hAnsi="Times New Roman" w:cs="Times New Roman"/>
          <w:sz w:val="24"/>
          <w:szCs w:val="24"/>
        </w:rPr>
      </w:pPr>
    </w:p>
    <w:sectPr w:rsidR="00F5612C" w:rsidRPr="003A4707" w:rsidSect="00C569D3">
      <w:headerReference w:type="default" r:id="rId8"/>
      <w:footerReference w:type="default" r:id="rId9"/>
      <w:pgSz w:w="11907" w:h="16840" w:code="9"/>
      <w:pgMar w:top="851" w:right="1134" w:bottom="851" w:left="1134" w:header="8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54302" w14:textId="77777777" w:rsidR="00B262F7" w:rsidRPr="003A4707" w:rsidRDefault="00B262F7" w:rsidP="006833D1">
      <w:pPr>
        <w:spacing w:after="0" w:line="240" w:lineRule="auto"/>
      </w:pPr>
      <w:r w:rsidRPr="003A4707">
        <w:separator/>
      </w:r>
    </w:p>
  </w:endnote>
  <w:endnote w:type="continuationSeparator" w:id="0">
    <w:p w14:paraId="0FA8AFDD" w14:textId="77777777" w:rsidR="00B262F7" w:rsidRPr="003A4707" w:rsidRDefault="00B262F7" w:rsidP="006833D1">
      <w:pPr>
        <w:spacing w:after="0" w:line="240" w:lineRule="auto"/>
      </w:pPr>
      <w:r w:rsidRPr="003A47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23149" w14:textId="77777777" w:rsidR="007A17B8" w:rsidRPr="00250C7A" w:rsidRDefault="007A17B8" w:rsidP="007A17B8">
    <w:pPr>
      <w:pStyle w:val="AltBilgi"/>
      <w:jc w:val="right"/>
      <w:rPr>
        <w:color w:val="595959" w:themeColor="text1" w:themeTint="A6"/>
      </w:rPr>
    </w:pPr>
    <w:proofErr w:type="gramStart"/>
    <w:r w:rsidRPr="00250C7A">
      <w:rPr>
        <w:color w:val="595959" w:themeColor="text1" w:themeTint="A6"/>
      </w:rPr>
      <w:t>Hakkari</w:t>
    </w:r>
    <w:proofErr w:type="gramEnd"/>
    <w:r w:rsidRPr="00250C7A">
      <w:rPr>
        <w:color w:val="595959" w:themeColor="text1" w:themeTint="A6"/>
      </w:rPr>
      <w:t xml:space="preserve"> Üniversitesi </w:t>
    </w:r>
    <w:r>
      <w:rPr>
        <w:color w:val="595959" w:themeColor="text1" w:themeTint="A6"/>
      </w:rPr>
      <w:t>–</w:t>
    </w:r>
    <w:r w:rsidRPr="00250C7A">
      <w:rPr>
        <w:color w:val="595959" w:themeColor="text1" w:themeTint="A6"/>
      </w:rPr>
      <w:t> Erasmus</w:t>
    </w:r>
    <w:r>
      <w:rPr>
        <w:color w:val="595959" w:themeColor="text1" w:themeTint="A6"/>
      </w:rPr>
      <w:t>+</w:t>
    </w:r>
    <w:r w:rsidRPr="00250C7A">
      <w:rPr>
        <w:color w:val="595959" w:themeColor="text1" w:themeTint="A6"/>
      </w:rPr>
      <w:t xml:space="preserve"> </w:t>
    </w:r>
    <w:r>
      <w:rPr>
        <w:color w:val="595959" w:themeColor="text1" w:themeTint="A6"/>
      </w:rPr>
      <w:t xml:space="preserve">Kurum </w:t>
    </w:r>
    <w:r w:rsidRPr="00250C7A">
      <w:rPr>
        <w:color w:val="595959" w:themeColor="text1" w:themeTint="A6"/>
      </w:rPr>
      <w:t>Koordinatörlüğü</w:t>
    </w:r>
  </w:p>
  <w:p w14:paraId="5C19BA0D" w14:textId="77777777" w:rsidR="007A17B8" w:rsidRPr="00250C7A" w:rsidRDefault="007A17B8" w:rsidP="007A17B8">
    <w:pPr>
      <w:pStyle w:val="AltBilgi"/>
      <w:jc w:val="right"/>
      <w:rPr>
        <w:color w:val="595959" w:themeColor="text1" w:themeTint="A6"/>
      </w:rPr>
    </w:pPr>
    <w:r w:rsidRPr="00250C7A">
      <w:rPr>
        <w:color w:val="595959" w:themeColor="text1" w:themeTint="A6"/>
      </w:rPr>
      <w:t xml:space="preserve">Zeynel Bey Yerleşkesi </w:t>
    </w:r>
    <w:proofErr w:type="spellStart"/>
    <w:r w:rsidRPr="00250C7A">
      <w:rPr>
        <w:color w:val="595959" w:themeColor="text1" w:themeTint="A6"/>
      </w:rPr>
      <w:t>Keklikpınar</w:t>
    </w:r>
    <w:proofErr w:type="spellEnd"/>
    <w:r w:rsidRPr="00250C7A">
      <w:rPr>
        <w:color w:val="595959" w:themeColor="text1" w:themeTint="A6"/>
      </w:rPr>
      <w:t xml:space="preserve"> Mah. Kampüs Caddesi Merkezi Derslikler Binası 30000 Merkez/</w:t>
    </w:r>
    <w:proofErr w:type="gramStart"/>
    <w:r w:rsidRPr="00250C7A">
      <w:rPr>
        <w:color w:val="595959" w:themeColor="text1" w:themeTint="A6"/>
      </w:rPr>
      <w:t>Hakkari</w:t>
    </w:r>
    <w:proofErr w:type="gramEnd"/>
  </w:p>
  <w:p w14:paraId="62035A5D" w14:textId="77777777" w:rsidR="007A17B8" w:rsidRDefault="007A17B8" w:rsidP="007A17B8">
    <w:pPr>
      <w:pStyle w:val="AltBilgi"/>
      <w:jc w:val="right"/>
      <w:rPr>
        <w:color w:val="595959" w:themeColor="text1" w:themeTint="A6"/>
      </w:rPr>
    </w:pPr>
    <w:r w:rsidRPr="00250C7A">
      <w:rPr>
        <w:color w:val="595959" w:themeColor="text1" w:themeTint="A6"/>
      </w:rPr>
      <w:t>+90 (438) 212 12 12 / 650</w:t>
    </w:r>
    <w:r>
      <w:rPr>
        <w:color w:val="595959" w:themeColor="text1" w:themeTint="A6"/>
      </w:rPr>
      <w:t>5</w:t>
    </w:r>
    <w:r w:rsidRPr="00250C7A">
      <w:rPr>
        <w:color w:val="595959" w:themeColor="text1" w:themeTint="A6"/>
      </w:rPr>
      <w:t>, 650</w:t>
    </w:r>
    <w:r>
      <w:rPr>
        <w:color w:val="595959" w:themeColor="text1" w:themeTint="A6"/>
      </w:rPr>
      <w:t>1</w:t>
    </w:r>
  </w:p>
  <w:p w14:paraId="24285376" w14:textId="6F9DC89C" w:rsidR="007A17B8" w:rsidRPr="007A17B8" w:rsidRDefault="007A17B8" w:rsidP="007A17B8">
    <w:pPr>
      <w:pStyle w:val="AltBilgi"/>
      <w:jc w:val="right"/>
      <w:rPr>
        <w:color w:val="595959" w:themeColor="text1" w:themeTint="A6"/>
      </w:rPr>
    </w:pPr>
    <w:r>
      <w:rPr>
        <w:color w:val="595959" w:themeColor="text1" w:themeTint="A6"/>
      </w:rPr>
      <w:t>erasmus@hakkari.edu.tr</w:t>
    </w:r>
  </w:p>
  <w:p w14:paraId="1BC508FF" w14:textId="77777777" w:rsidR="007A17B8" w:rsidRDefault="007A17B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EA0F2" w14:textId="77777777" w:rsidR="00B262F7" w:rsidRPr="003A4707" w:rsidRDefault="00B262F7" w:rsidP="006833D1">
      <w:pPr>
        <w:spacing w:after="0" w:line="240" w:lineRule="auto"/>
      </w:pPr>
      <w:r w:rsidRPr="003A4707">
        <w:separator/>
      </w:r>
    </w:p>
  </w:footnote>
  <w:footnote w:type="continuationSeparator" w:id="0">
    <w:p w14:paraId="55BFCCFA" w14:textId="77777777" w:rsidR="00B262F7" w:rsidRPr="003A4707" w:rsidRDefault="00B262F7" w:rsidP="006833D1">
      <w:pPr>
        <w:spacing w:after="0" w:line="240" w:lineRule="auto"/>
      </w:pPr>
      <w:r w:rsidRPr="003A47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tblLook w:val="04A0" w:firstRow="1" w:lastRow="0" w:firstColumn="1" w:lastColumn="0" w:noHBand="0" w:noVBand="1"/>
    </w:tblPr>
    <w:tblGrid>
      <w:gridCol w:w="1129"/>
      <w:gridCol w:w="8500"/>
    </w:tblGrid>
    <w:tr w:rsidR="00025FC3" w14:paraId="73390C1A" w14:textId="77777777" w:rsidTr="00C569D3">
      <w:trPr>
        <w:trHeight w:val="1129"/>
        <w:jc w:val="center"/>
      </w:trPr>
      <w:tc>
        <w:tcPr>
          <w:tcW w:w="586" w:type="pct"/>
          <w:shd w:val="clear" w:color="auto" w:fill="F5F7FA"/>
          <w:vAlign w:val="center"/>
        </w:tcPr>
        <w:p w14:paraId="651DD7A8" w14:textId="77777777" w:rsidR="00025FC3" w:rsidRDefault="00025FC3" w:rsidP="00025FC3">
          <w:pPr>
            <w:pStyle w:val="stBilgi"/>
          </w:pPr>
          <w:r>
            <w:rPr>
              <w:noProof/>
            </w:rPr>
            <w:drawing>
              <wp:inline distT="0" distB="0" distL="0" distR="0" wp14:anchorId="6E92367B" wp14:editId="7A410265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pct"/>
          <w:shd w:val="clear" w:color="auto" w:fill="F5F7FA"/>
          <w:vAlign w:val="center"/>
        </w:tcPr>
        <w:p w14:paraId="70256A44" w14:textId="7A04198F" w:rsidR="00FA797E" w:rsidRDefault="00025FC3" w:rsidP="00025FC3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3A4707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</w:t>
          </w:r>
          <w:r w:rsidR="00FA797E">
            <w:rPr>
              <w:rFonts w:ascii="Times New Roman" w:hAnsi="Times New Roman" w:cs="Times New Roman"/>
              <w:b/>
              <w:sz w:val="24"/>
              <w:szCs w:val="24"/>
            </w:rPr>
            <w:t xml:space="preserve">ÖĞRENCİ </w:t>
          </w:r>
          <w:r w:rsidR="00E237F6">
            <w:rPr>
              <w:rFonts w:ascii="Times New Roman" w:hAnsi="Times New Roman" w:cs="Times New Roman"/>
              <w:b/>
              <w:sz w:val="24"/>
              <w:szCs w:val="24"/>
            </w:rPr>
            <w:t>STAJ</w:t>
          </w:r>
          <w:r w:rsidR="00FA797E"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 w:rsidRPr="003A4707">
            <w:rPr>
              <w:rFonts w:ascii="Times New Roman" w:hAnsi="Times New Roman" w:cs="Times New Roman"/>
              <w:b/>
              <w:sz w:val="24"/>
              <w:szCs w:val="24"/>
            </w:rPr>
            <w:t>HAREKETLİLİĞİ</w:t>
          </w:r>
        </w:p>
        <w:p w14:paraId="44E729BD" w14:textId="1FE0882C" w:rsidR="00025FC3" w:rsidRPr="00E9748B" w:rsidRDefault="00F5612C" w:rsidP="00025FC3">
          <w:pPr>
            <w:pStyle w:val="stBilgi"/>
            <w:jc w:val="center"/>
            <w:rPr>
              <w:sz w:val="22"/>
              <w:szCs w:val="24"/>
            </w:rPr>
          </w:pPr>
          <w:r w:rsidRPr="00F5612C">
            <w:rPr>
              <w:rFonts w:ascii="Times New Roman" w:hAnsi="Times New Roman" w:cs="Times New Roman"/>
              <w:b/>
              <w:sz w:val="24"/>
              <w:szCs w:val="24"/>
            </w:rPr>
            <w:t>VİZE, SİGORTA VE BANKA BİLGİSİ TESLİM BEYAN DİLEKÇESİ</w:t>
          </w:r>
        </w:p>
      </w:tc>
    </w:tr>
  </w:tbl>
  <w:p w14:paraId="2F41DBB4" w14:textId="77777777" w:rsidR="006833D1" w:rsidRPr="003A4707" w:rsidRDefault="006833D1" w:rsidP="00025FC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0082FB9"/>
    <w:multiLevelType w:val="multilevel"/>
    <w:tmpl w:val="F9ACE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481889796">
    <w:abstractNumId w:val="8"/>
  </w:num>
  <w:num w:numId="2" w16cid:durableId="216668841">
    <w:abstractNumId w:val="6"/>
  </w:num>
  <w:num w:numId="3" w16cid:durableId="1296642632">
    <w:abstractNumId w:val="5"/>
  </w:num>
  <w:num w:numId="4" w16cid:durableId="783303191">
    <w:abstractNumId w:val="4"/>
  </w:num>
  <w:num w:numId="5" w16cid:durableId="1011221914">
    <w:abstractNumId w:val="7"/>
  </w:num>
  <w:num w:numId="6" w16cid:durableId="1270166957">
    <w:abstractNumId w:val="3"/>
  </w:num>
  <w:num w:numId="7" w16cid:durableId="1699502860">
    <w:abstractNumId w:val="2"/>
  </w:num>
  <w:num w:numId="8" w16cid:durableId="1791052843">
    <w:abstractNumId w:val="1"/>
  </w:num>
  <w:num w:numId="9" w16cid:durableId="461386312">
    <w:abstractNumId w:val="0"/>
  </w:num>
  <w:num w:numId="10" w16cid:durableId="10303768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FC3"/>
    <w:rsid w:val="00034616"/>
    <w:rsid w:val="0006063C"/>
    <w:rsid w:val="0015074B"/>
    <w:rsid w:val="0019483D"/>
    <w:rsid w:val="001D778E"/>
    <w:rsid w:val="0026091A"/>
    <w:rsid w:val="0029639D"/>
    <w:rsid w:val="002D49F6"/>
    <w:rsid w:val="00326F90"/>
    <w:rsid w:val="00335E63"/>
    <w:rsid w:val="00367A92"/>
    <w:rsid w:val="00396D77"/>
    <w:rsid w:val="003A4707"/>
    <w:rsid w:val="003B1413"/>
    <w:rsid w:val="003E6B8D"/>
    <w:rsid w:val="003F3FEA"/>
    <w:rsid w:val="00450FEA"/>
    <w:rsid w:val="00463D7C"/>
    <w:rsid w:val="004C4FA2"/>
    <w:rsid w:val="00565C3D"/>
    <w:rsid w:val="006833D1"/>
    <w:rsid w:val="006B2A79"/>
    <w:rsid w:val="006E60A4"/>
    <w:rsid w:val="006F2560"/>
    <w:rsid w:val="00796006"/>
    <w:rsid w:val="007A17B8"/>
    <w:rsid w:val="00870EC1"/>
    <w:rsid w:val="008F7740"/>
    <w:rsid w:val="00930071"/>
    <w:rsid w:val="0093079E"/>
    <w:rsid w:val="00AA1D8D"/>
    <w:rsid w:val="00AA5DCD"/>
    <w:rsid w:val="00AB3A7A"/>
    <w:rsid w:val="00AD0DE9"/>
    <w:rsid w:val="00B262F7"/>
    <w:rsid w:val="00B47730"/>
    <w:rsid w:val="00B7436A"/>
    <w:rsid w:val="00BA10CF"/>
    <w:rsid w:val="00BF7B7C"/>
    <w:rsid w:val="00C569D3"/>
    <w:rsid w:val="00CB0664"/>
    <w:rsid w:val="00D353ED"/>
    <w:rsid w:val="00DD400F"/>
    <w:rsid w:val="00E043EE"/>
    <w:rsid w:val="00E237F6"/>
    <w:rsid w:val="00E73424"/>
    <w:rsid w:val="00EC3B47"/>
    <w:rsid w:val="00F261FC"/>
    <w:rsid w:val="00F339BF"/>
    <w:rsid w:val="00F5612C"/>
    <w:rsid w:val="00F87F13"/>
    <w:rsid w:val="00FA797E"/>
    <w:rsid w:val="00FC1FD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A8F30C"/>
  <w14:defaultImageDpi w14:val="300"/>
  <w15:docId w15:val="{A7567D37-288E-431F-9793-83B80F83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12C"/>
    <w:rPr>
      <w:rFonts w:ascii="Arial" w:hAnsi="Arial"/>
      <w:sz w:val="20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6B2A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B2A79"/>
    <w:pPr>
      <w:spacing w:line="240" w:lineRule="auto"/>
    </w:pPr>
    <w:rPr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B2A79"/>
    <w:rPr>
      <w:rFonts w:ascii="Arial" w:hAnsi="Arial"/>
      <w:sz w:val="20"/>
      <w:szCs w:val="20"/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B2A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B2A79"/>
    <w:rPr>
      <w:rFonts w:ascii="Arial" w:hAnsi="Arial"/>
      <w:b/>
      <w:bCs/>
      <w:sz w:val="20"/>
      <w:szCs w:val="20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7</cp:revision>
  <dcterms:created xsi:type="dcterms:W3CDTF">2026-04-23T18:46:00Z</dcterms:created>
  <dcterms:modified xsi:type="dcterms:W3CDTF">2026-04-23T21:10:00Z</dcterms:modified>
  <cp:category/>
</cp:coreProperties>
</file>