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E9786" w14:textId="77777777" w:rsidR="008F6072" w:rsidRPr="008F6072" w:rsidRDefault="008F6072" w:rsidP="005E2F7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F6072">
        <w:rPr>
          <w:rFonts w:ascii="Times New Roman" w:hAnsi="Times New Roman" w:cs="Times New Roman"/>
          <w:sz w:val="24"/>
          <w:szCs w:val="24"/>
        </w:rPr>
        <w:t>T.C.</w:t>
      </w:r>
      <w:r w:rsidRPr="008F6072">
        <w:rPr>
          <w:rFonts w:ascii="Times New Roman" w:hAnsi="Times New Roman" w:cs="Times New Roman"/>
          <w:sz w:val="24"/>
          <w:szCs w:val="24"/>
        </w:rPr>
        <w:br/>
        <w:t>HAKKARİ ÜNİVERSİTESİ REKTÖRLÜĞÜNE</w:t>
      </w:r>
    </w:p>
    <w:p w14:paraId="0177EF5D" w14:textId="2ED261E7" w:rsidR="008F6072" w:rsidRPr="008F6072" w:rsidRDefault="00DE72EA" w:rsidP="005E2F7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Birim Adı Yazılacak</w:t>
      </w:r>
    </w:p>
    <w:p w14:paraId="4D180C02" w14:textId="77777777" w:rsidR="00282ED4" w:rsidRPr="00AF5A1E" w:rsidRDefault="00282ED4" w:rsidP="005E2F7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TabloKlavuzu"/>
        <w:tblW w:w="9629" w:type="dxa"/>
        <w:tblLook w:val="04A0" w:firstRow="1" w:lastRow="0" w:firstColumn="1" w:lastColumn="0" w:noHBand="0" w:noVBand="1"/>
      </w:tblPr>
      <w:tblGrid>
        <w:gridCol w:w="2971"/>
        <w:gridCol w:w="3399"/>
        <w:gridCol w:w="996"/>
        <w:gridCol w:w="2263"/>
      </w:tblGrid>
      <w:tr w:rsidR="00547C97" w14:paraId="125C2D88" w14:textId="77777777" w:rsidTr="00DB2D18">
        <w:trPr>
          <w:trHeight w:val="340"/>
        </w:trPr>
        <w:tc>
          <w:tcPr>
            <w:tcW w:w="2971" w:type="dxa"/>
            <w:shd w:val="clear" w:color="auto" w:fill="F5F7FA"/>
            <w:vAlign w:val="center"/>
          </w:tcPr>
          <w:p w14:paraId="11AA011C" w14:textId="77777777" w:rsidR="00547C97" w:rsidRDefault="00547C97" w:rsidP="005E2F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4707">
              <w:rPr>
                <w:rFonts w:ascii="Times New Roman" w:hAnsi="Times New Roman" w:cs="Times New Roman"/>
                <w:b/>
                <w:sz w:val="24"/>
                <w:szCs w:val="24"/>
              </w:rPr>
              <w:t>Adı - Soyadı</w:t>
            </w:r>
          </w:p>
        </w:tc>
        <w:tc>
          <w:tcPr>
            <w:tcW w:w="6658" w:type="dxa"/>
            <w:gridSpan w:val="3"/>
            <w:vAlign w:val="center"/>
          </w:tcPr>
          <w:p w14:paraId="41F941C0" w14:textId="77777777" w:rsidR="00547C97" w:rsidRDefault="00547C97" w:rsidP="005E2F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7C97" w14:paraId="0C196DE3" w14:textId="77777777" w:rsidTr="00DB2D18">
        <w:trPr>
          <w:trHeight w:val="340"/>
        </w:trPr>
        <w:tc>
          <w:tcPr>
            <w:tcW w:w="2971" w:type="dxa"/>
            <w:shd w:val="clear" w:color="auto" w:fill="F5F7FA"/>
            <w:vAlign w:val="center"/>
          </w:tcPr>
          <w:p w14:paraId="754B7885" w14:textId="690A874A" w:rsidR="00547C97" w:rsidRDefault="00547C97" w:rsidP="005E2F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4707">
              <w:rPr>
                <w:rFonts w:ascii="Times New Roman" w:hAnsi="Times New Roman" w:cs="Times New Roman"/>
                <w:b/>
                <w:sz w:val="24"/>
                <w:szCs w:val="24"/>
              </w:rPr>
              <w:t>TCKN</w:t>
            </w:r>
            <w:r w:rsidR="007F43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Telefon</w:t>
            </w:r>
          </w:p>
        </w:tc>
        <w:tc>
          <w:tcPr>
            <w:tcW w:w="3399" w:type="dxa"/>
            <w:vAlign w:val="center"/>
          </w:tcPr>
          <w:p w14:paraId="6B5B7668" w14:textId="77777777" w:rsidR="00547C97" w:rsidRDefault="00547C97" w:rsidP="005E2F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gridSpan w:val="2"/>
            <w:vAlign w:val="center"/>
          </w:tcPr>
          <w:p w14:paraId="2EDA69CB" w14:textId="77777777" w:rsidR="00547C97" w:rsidRDefault="00547C97" w:rsidP="005E2F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2C" w14:paraId="0C5BB166" w14:textId="77777777" w:rsidTr="00DB2D18">
        <w:trPr>
          <w:trHeight w:val="340"/>
        </w:trPr>
        <w:tc>
          <w:tcPr>
            <w:tcW w:w="2971" w:type="dxa"/>
            <w:shd w:val="clear" w:color="auto" w:fill="F5F7FA"/>
            <w:vAlign w:val="center"/>
          </w:tcPr>
          <w:p w14:paraId="46994879" w14:textId="49FA36FD" w:rsidR="007F432C" w:rsidRDefault="007F432C" w:rsidP="005E2F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E-Posta Adresi </w:t>
            </w:r>
          </w:p>
        </w:tc>
        <w:tc>
          <w:tcPr>
            <w:tcW w:w="6658" w:type="dxa"/>
            <w:gridSpan w:val="3"/>
            <w:vAlign w:val="center"/>
          </w:tcPr>
          <w:p w14:paraId="60B14973" w14:textId="77777777" w:rsidR="007F432C" w:rsidRDefault="007F432C" w:rsidP="005E2F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1F7E" w14:paraId="35CD2A42" w14:textId="77777777" w:rsidTr="00DB2D18">
        <w:trPr>
          <w:trHeight w:val="340"/>
        </w:trPr>
        <w:tc>
          <w:tcPr>
            <w:tcW w:w="2971" w:type="dxa"/>
            <w:shd w:val="clear" w:color="auto" w:fill="F5F7FA"/>
            <w:vAlign w:val="center"/>
          </w:tcPr>
          <w:p w14:paraId="191AF12B" w14:textId="5DFEE5A1" w:rsidR="00CB1F7E" w:rsidRDefault="00CB1F7E" w:rsidP="005E2F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Personel Türü</w:t>
            </w:r>
          </w:p>
        </w:tc>
        <w:tc>
          <w:tcPr>
            <w:tcW w:w="6658" w:type="dxa"/>
            <w:gridSpan w:val="3"/>
            <w:vAlign w:val="center"/>
          </w:tcPr>
          <w:p w14:paraId="39A2CE32" w14:textId="2F4CAAA0" w:rsidR="00CB1F7E" w:rsidRDefault="006B1B9E" w:rsidP="005E2F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6286640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1F7E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CB1F7E">
              <w:rPr>
                <w:rFonts w:ascii="Times New Roman" w:hAnsi="Times New Roman" w:cs="Times New Roman"/>
                <w:sz w:val="24"/>
                <w:szCs w:val="24"/>
              </w:rPr>
              <w:t xml:space="preserve">Akademik   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0889503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1F7E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CB1F7E">
              <w:rPr>
                <w:rFonts w:ascii="Times New Roman" w:hAnsi="Times New Roman" w:cs="Times New Roman"/>
                <w:sz w:val="24"/>
                <w:szCs w:val="24"/>
              </w:rPr>
              <w:t>İdari</w:t>
            </w:r>
          </w:p>
        </w:tc>
      </w:tr>
      <w:tr w:rsidR="00547C97" w14:paraId="489A96AC" w14:textId="77777777" w:rsidTr="00DB2D18">
        <w:trPr>
          <w:trHeight w:val="340"/>
        </w:trPr>
        <w:tc>
          <w:tcPr>
            <w:tcW w:w="2971" w:type="dxa"/>
            <w:shd w:val="clear" w:color="auto" w:fill="F5F7FA"/>
            <w:vAlign w:val="center"/>
          </w:tcPr>
          <w:p w14:paraId="0D93BF8F" w14:textId="26349F73" w:rsidR="00547C97" w:rsidRDefault="007F432C" w:rsidP="005E2F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Erasmus+ </w:t>
            </w:r>
            <w:r w:rsidR="00547C97" w:rsidRPr="003A4707">
              <w:rPr>
                <w:rFonts w:ascii="Times New Roman" w:hAnsi="Times New Roman" w:cs="Times New Roman"/>
                <w:b/>
                <w:sz w:val="24"/>
                <w:szCs w:val="24"/>
              </w:rPr>
              <w:t>Program Türü</w:t>
            </w:r>
          </w:p>
        </w:tc>
        <w:tc>
          <w:tcPr>
            <w:tcW w:w="6658" w:type="dxa"/>
            <w:gridSpan w:val="3"/>
            <w:vAlign w:val="center"/>
          </w:tcPr>
          <w:p w14:paraId="782899A0" w14:textId="77777777" w:rsidR="00547C97" w:rsidRDefault="00547C97" w:rsidP="005E2F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KA131</w:t>
            </w:r>
          </w:p>
        </w:tc>
      </w:tr>
      <w:tr w:rsidR="00547C97" w14:paraId="04044811" w14:textId="77777777" w:rsidTr="00DB2D18">
        <w:trPr>
          <w:trHeight w:val="340"/>
        </w:trPr>
        <w:tc>
          <w:tcPr>
            <w:tcW w:w="2971" w:type="dxa"/>
            <w:shd w:val="clear" w:color="auto" w:fill="F5F7FA"/>
            <w:vAlign w:val="center"/>
          </w:tcPr>
          <w:p w14:paraId="65E2EE2F" w14:textId="6C75028E" w:rsidR="00547C97" w:rsidRPr="003A4707" w:rsidRDefault="00547C97" w:rsidP="005E2F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4707">
              <w:rPr>
                <w:rFonts w:ascii="Times New Roman" w:hAnsi="Times New Roman" w:cs="Times New Roman"/>
                <w:b/>
                <w:sz w:val="24"/>
                <w:szCs w:val="24"/>
              </w:rPr>
              <w:t>Erasmus+ Faaliyet Türü</w:t>
            </w:r>
          </w:p>
        </w:tc>
        <w:tc>
          <w:tcPr>
            <w:tcW w:w="6658" w:type="dxa"/>
            <w:gridSpan w:val="3"/>
            <w:vAlign w:val="center"/>
          </w:tcPr>
          <w:p w14:paraId="4DD874C3" w14:textId="639EF637" w:rsidR="00547C97" w:rsidRDefault="00CB1F7E" w:rsidP="005E2F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Eğitim Alma</w:t>
            </w:r>
          </w:p>
        </w:tc>
      </w:tr>
      <w:tr w:rsidR="00547C97" w14:paraId="1D3CB4FA" w14:textId="77777777" w:rsidTr="00DB2D18">
        <w:trPr>
          <w:trHeight w:val="340"/>
        </w:trPr>
        <w:tc>
          <w:tcPr>
            <w:tcW w:w="2971" w:type="dxa"/>
            <w:shd w:val="clear" w:color="auto" w:fill="F5F7FA"/>
            <w:vAlign w:val="center"/>
          </w:tcPr>
          <w:p w14:paraId="532BDB22" w14:textId="6ED69DE7" w:rsidR="00547C97" w:rsidRPr="003A4707" w:rsidRDefault="00547C97" w:rsidP="005E2F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Kabul Eden Ülke</w:t>
            </w:r>
          </w:p>
        </w:tc>
        <w:tc>
          <w:tcPr>
            <w:tcW w:w="6658" w:type="dxa"/>
            <w:gridSpan w:val="3"/>
            <w:vAlign w:val="center"/>
          </w:tcPr>
          <w:p w14:paraId="2E16014D" w14:textId="77777777" w:rsidR="00547C97" w:rsidRDefault="00547C97" w:rsidP="005E2F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2D18" w14:paraId="78D11FCB" w14:textId="77777777" w:rsidTr="00A15000">
        <w:trPr>
          <w:trHeight w:val="340"/>
        </w:trPr>
        <w:tc>
          <w:tcPr>
            <w:tcW w:w="2971" w:type="dxa"/>
            <w:shd w:val="clear" w:color="auto" w:fill="F5F7FA"/>
            <w:vAlign w:val="center"/>
          </w:tcPr>
          <w:p w14:paraId="44978F72" w14:textId="29CE02F8" w:rsidR="00DB2D18" w:rsidRDefault="00DB2D18" w:rsidP="005E2F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Kabul Eden Üniversite / OID</w:t>
            </w:r>
          </w:p>
        </w:tc>
        <w:tc>
          <w:tcPr>
            <w:tcW w:w="4395" w:type="dxa"/>
            <w:gridSpan w:val="2"/>
            <w:vAlign w:val="center"/>
          </w:tcPr>
          <w:p w14:paraId="5E565C92" w14:textId="77777777" w:rsidR="00DB2D18" w:rsidRDefault="00DB2D18" w:rsidP="005E2F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  <w:vAlign w:val="center"/>
          </w:tcPr>
          <w:p w14:paraId="564D916E" w14:textId="4FC1F164" w:rsidR="00DB2D18" w:rsidRDefault="00DB2D18" w:rsidP="005E2F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2C" w14:paraId="4761FF36" w14:textId="77777777" w:rsidTr="00A15000">
        <w:trPr>
          <w:trHeight w:val="340"/>
        </w:trPr>
        <w:tc>
          <w:tcPr>
            <w:tcW w:w="2971" w:type="dxa"/>
            <w:shd w:val="clear" w:color="auto" w:fill="F5F7FA"/>
            <w:vAlign w:val="center"/>
          </w:tcPr>
          <w:p w14:paraId="20B71583" w14:textId="6849CB0F" w:rsidR="007F432C" w:rsidRDefault="007F432C" w:rsidP="005E2F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Faaliyet Tarihleri / Gün Sayısı</w:t>
            </w:r>
          </w:p>
        </w:tc>
        <w:tc>
          <w:tcPr>
            <w:tcW w:w="4395" w:type="dxa"/>
            <w:gridSpan w:val="2"/>
            <w:vAlign w:val="center"/>
          </w:tcPr>
          <w:p w14:paraId="0281132C" w14:textId="77777777" w:rsidR="007F432C" w:rsidRDefault="007F432C" w:rsidP="005E2F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  <w:vAlign w:val="center"/>
          </w:tcPr>
          <w:p w14:paraId="2AC0F41E" w14:textId="0B6D7DD5" w:rsidR="007F432C" w:rsidRDefault="007F432C" w:rsidP="005E2F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32C" w14:paraId="5DEE6157" w14:textId="77777777" w:rsidTr="00DB2D18">
        <w:trPr>
          <w:trHeight w:val="340"/>
        </w:trPr>
        <w:tc>
          <w:tcPr>
            <w:tcW w:w="2971" w:type="dxa"/>
            <w:shd w:val="clear" w:color="auto" w:fill="F5F7FA"/>
            <w:vAlign w:val="center"/>
          </w:tcPr>
          <w:p w14:paraId="51EF04DB" w14:textId="7008B0FA" w:rsidR="007F432C" w:rsidRDefault="007F432C" w:rsidP="005E2F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Hibelendirilen Gün Sayısı</w:t>
            </w:r>
          </w:p>
        </w:tc>
        <w:tc>
          <w:tcPr>
            <w:tcW w:w="6658" w:type="dxa"/>
            <w:gridSpan w:val="3"/>
            <w:vAlign w:val="center"/>
          </w:tcPr>
          <w:p w14:paraId="0A684A13" w14:textId="77777777" w:rsidR="007F432C" w:rsidRDefault="007F432C" w:rsidP="005E2F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6B27" w14:paraId="0EC2492F" w14:textId="77777777" w:rsidTr="00DB2D18">
        <w:trPr>
          <w:trHeight w:val="340"/>
        </w:trPr>
        <w:tc>
          <w:tcPr>
            <w:tcW w:w="2971" w:type="dxa"/>
            <w:shd w:val="clear" w:color="auto" w:fill="F5F7FA"/>
            <w:vAlign w:val="center"/>
          </w:tcPr>
          <w:p w14:paraId="346840C2" w14:textId="4EB895F1" w:rsidR="00A16B27" w:rsidRDefault="00A16B27" w:rsidP="005E2F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Görevlendirme Tarihleri / Gün Sayısı</w:t>
            </w:r>
          </w:p>
        </w:tc>
        <w:tc>
          <w:tcPr>
            <w:tcW w:w="3399" w:type="dxa"/>
            <w:vAlign w:val="center"/>
          </w:tcPr>
          <w:p w14:paraId="7F194A03" w14:textId="77777777" w:rsidR="00A16B27" w:rsidRDefault="00A16B27" w:rsidP="005E2F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gridSpan w:val="2"/>
            <w:vAlign w:val="center"/>
          </w:tcPr>
          <w:p w14:paraId="1E8927A3" w14:textId="48945F50" w:rsidR="00A16B27" w:rsidRDefault="00A16B27" w:rsidP="005E2F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BF201BA" w14:textId="77777777" w:rsidR="00C9496B" w:rsidRPr="00AF5A1E" w:rsidRDefault="00C9496B" w:rsidP="005E2F7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7CBD0BB" w14:textId="53EEECD1" w:rsidR="007F432C" w:rsidRPr="007F432C" w:rsidRDefault="007F432C" w:rsidP="005E2F7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32C">
        <w:rPr>
          <w:rFonts w:ascii="Times New Roman" w:hAnsi="Times New Roman" w:cs="Times New Roman"/>
          <w:sz w:val="24"/>
          <w:szCs w:val="24"/>
        </w:rPr>
        <w:t xml:space="preserve">Yukarıda bilgileri belirtilen faaliyete ilişkin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7F432C">
        <w:rPr>
          <w:rFonts w:ascii="Times New Roman" w:hAnsi="Times New Roman" w:cs="Times New Roman"/>
          <w:sz w:val="24"/>
          <w:szCs w:val="24"/>
        </w:rPr>
        <w:t xml:space="preserve">avet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7F432C">
        <w:rPr>
          <w:rFonts w:ascii="Times New Roman" w:hAnsi="Times New Roman" w:cs="Times New Roman"/>
          <w:sz w:val="24"/>
          <w:szCs w:val="24"/>
        </w:rPr>
        <w:t xml:space="preserve">ektubu ve Personel Hareketliliği Anlaşması </w:t>
      </w:r>
      <w:r>
        <w:rPr>
          <w:rFonts w:ascii="Times New Roman" w:hAnsi="Times New Roman" w:cs="Times New Roman"/>
          <w:sz w:val="24"/>
          <w:szCs w:val="24"/>
        </w:rPr>
        <w:t>Ek’</w:t>
      </w:r>
      <w:r w:rsidRPr="007F432C">
        <w:rPr>
          <w:rFonts w:ascii="Times New Roman" w:hAnsi="Times New Roman" w:cs="Times New Roman"/>
          <w:sz w:val="24"/>
          <w:szCs w:val="24"/>
        </w:rPr>
        <w:t>te sunulmuştur.</w:t>
      </w:r>
    </w:p>
    <w:p w14:paraId="1139E0AD" w14:textId="143A98DE" w:rsidR="00547C97" w:rsidRDefault="00A16B27" w:rsidP="005E2F7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6B27">
        <w:rPr>
          <w:rFonts w:ascii="Times New Roman" w:hAnsi="Times New Roman" w:cs="Times New Roman"/>
          <w:sz w:val="24"/>
          <w:szCs w:val="24"/>
        </w:rPr>
        <w:t>Dekanlığınız/Müdürlüğünüz</w:t>
      </w:r>
      <w:r w:rsidR="00BC1DFB">
        <w:rPr>
          <w:rFonts w:ascii="Times New Roman" w:hAnsi="Times New Roman" w:cs="Times New Roman"/>
          <w:sz w:val="24"/>
          <w:szCs w:val="24"/>
        </w:rPr>
        <w:t>/Başkanlığınızca</w:t>
      </w:r>
      <w:r w:rsidRPr="00A16B27">
        <w:rPr>
          <w:rFonts w:ascii="Times New Roman" w:hAnsi="Times New Roman" w:cs="Times New Roman"/>
          <w:sz w:val="24"/>
          <w:szCs w:val="24"/>
        </w:rPr>
        <w:t xml:space="preserve"> da uygun görülmesi halinde, yolluk ve yevmiye giderlerinin Üniversitemiz Erasmus+ Kurum Koordinatörlüğü tarafından yürütülen ilgili proje bütçesi ve program uygulama esasları çerçevesinde karşılanması suretiyle, yukarıda belirtilen görevlendirme tarihleri arasında söz konusu ülkede görevlendirilmem hususunda gereğini arz ederim</w:t>
      </w:r>
      <w:r w:rsidR="007F432C" w:rsidRPr="007F432C">
        <w:rPr>
          <w:rFonts w:ascii="Times New Roman" w:hAnsi="Times New Roman" w:cs="Times New Roman"/>
          <w:sz w:val="24"/>
          <w:szCs w:val="24"/>
        </w:rPr>
        <w:t>.</w:t>
      </w:r>
    </w:p>
    <w:p w14:paraId="29314983" w14:textId="77777777" w:rsidR="00A16B27" w:rsidRDefault="00A16B27" w:rsidP="005E2F7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2574" w:type="pct"/>
        <w:jc w:val="right"/>
        <w:tblLook w:val="04A0" w:firstRow="1" w:lastRow="0" w:firstColumn="1" w:lastColumn="0" w:noHBand="0" w:noVBand="1"/>
      </w:tblPr>
      <w:tblGrid>
        <w:gridCol w:w="1677"/>
        <w:gridCol w:w="3280"/>
      </w:tblGrid>
      <w:tr w:rsidR="00547C97" w14:paraId="310D97D5" w14:textId="77777777" w:rsidTr="00547C97">
        <w:trPr>
          <w:trHeight w:val="510"/>
          <w:jc w:val="right"/>
        </w:trPr>
        <w:tc>
          <w:tcPr>
            <w:tcW w:w="1677" w:type="dxa"/>
            <w:shd w:val="clear" w:color="auto" w:fill="F5F7FA"/>
            <w:vAlign w:val="center"/>
          </w:tcPr>
          <w:p w14:paraId="3D3FC506" w14:textId="4D67D4DC" w:rsidR="00547C97" w:rsidRDefault="00547C97" w:rsidP="005E2F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Tarih</w:t>
            </w:r>
          </w:p>
        </w:tc>
        <w:tc>
          <w:tcPr>
            <w:tcW w:w="3280" w:type="dxa"/>
            <w:vAlign w:val="center"/>
          </w:tcPr>
          <w:p w14:paraId="631829EF" w14:textId="143B2D26" w:rsidR="00547C97" w:rsidRDefault="00547C97" w:rsidP="005E2F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7C97" w14:paraId="525BF16F" w14:textId="77777777" w:rsidTr="00547C97">
        <w:trPr>
          <w:trHeight w:val="510"/>
          <w:jc w:val="right"/>
        </w:trPr>
        <w:tc>
          <w:tcPr>
            <w:tcW w:w="1677" w:type="dxa"/>
            <w:shd w:val="clear" w:color="auto" w:fill="F5F7FA"/>
            <w:vAlign w:val="center"/>
          </w:tcPr>
          <w:p w14:paraId="20D55591" w14:textId="235DD7B6" w:rsidR="00547C97" w:rsidRDefault="00547C97" w:rsidP="005E2F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İmza</w:t>
            </w:r>
          </w:p>
        </w:tc>
        <w:tc>
          <w:tcPr>
            <w:tcW w:w="3280" w:type="dxa"/>
            <w:vAlign w:val="center"/>
          </w:tcPr>
          <w:p w14:paraId="71869055" w14:textId="52765630" w:rsidR="00547C97" w:rsidRDefault="00547C97" w:rsidP="005E2F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7C97" w14:paraId="2DF57173" w14:textId="77777777" w:rsidTr="00547C97">
        <w:trPr>
          <w:trHeight w:val="510"/>
          <w:jc w:val="right"/>
        </w:trPr>
        <w:tc>
          <w:tcPr>
            <w:tcW w:w="1677" w:type="dxa"/>
            <w:shd w:val="clear" w:color="auto" w:fill="F5F7FA"/>
            <w:vAlign w:val="center"/>
          </w:tcPr>
          <w:p w14:paraId="487956B0" w14:textId="62292826" w:rsidR="00547C97" w:rsidRDefault="00547C97" w:rsidP="005E2F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Adı Soyadı</w:t>
            </w:r>
          </w:p>
        </w:tc>
        <w:tc>
          <w:tcPr>
            <w:tcW w:w="3280" w:type="dxa"/>
            <w:vAlign w:val="center"/>
          </w:tcPr>
          <w:p w14:paraId="2C4A002C" w14:textId="33406542" w:rsidR="00547C97" w:rsidRDefault="00547C97" w:rsidP="005E2F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82D59BC" w14:textId="77777777" w:rsidR="00547C97" w:rsidRPr="00AF5A1E" w:rsidRDefault="00547C97" w:rsidP="005E2F7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0F3C55" w14:textId="77777777" w:rsidR="00282ED4" w:rsidRPr="00AF5A1E" w:rsidRDefault="00282ED4" w:rsidP="005E2F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CFCA52E" w14:textId="77777777" w:rsidR="00E81EDA" w:rsidRDefault="00E81EDA" w:rsidP="005E2F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C7559C4" w14:textId="68B130A3" w:rsidR="00C9496B" w:rsidRDefault="006B1B9E" w:rsidP="005E2F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A1E">
        <w:rPr>
          <w:rFonts w:ascii="Times New Roman" w:hAnsi="Times New Roman" w:cs="Times New Roman"/>
          <w:b/>
          <w:sz w:val="24"/>
          <w:szCs w:val="24"/>
        </w:rPr>
        <w:t>Ekler:</w:t>
      </w:r>
    </w:p>
    <w:p w14:paraId="034E7251" w14:textId="35F3D5FD" w:rsidR="007F432C" w:rsidRDefault="007F432C" w:rsidP="005E2F7D">
      <w:pPr>
        <w:pStyle w:val="ListeParagraf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432C">
        <w:rPr>
          <w:rFonts w:ascii="Times New Roman" w:hAnsi="Times New Roman" w:cs="Times New Roman"/>
          <w:sz w:val="24"/>
          <w:szCs w:val="24"/>
        </w:rPr>
        <w:t xml:space="preserve">Davet Mektubu (…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7F432C">
        <w:rPr>
          <w:rFonts w:ascii="Times New Roman" w:hAnsi="Times New Roman" w:cs="Times New Roman"/>
          <w:sz w:val="24"/>
          <w:szCs w:val="24"/>
        </w:rPr>
        <w:t>ayfa)</w:t>
      </w:r>
    </w:p>
    <w:p w14:paraId="582A7249" w14:textId="4D57586D" w:rsidR="007F432C" w:rsidRPr="007F432C" w:rsidRDefault="007F432C" w:rsidP="005E2F7D">
      <w:pPr>
        <w:pStyle w:val="ListeParagraf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432C">
        <w:rPr>
          <w:rFonts w:ascii="Times New Roman" w:hAnsi="Times New Roman" w:cs="Times New Roman"/>
          <w:sz w:val="24"/>
          <w:szCs w:val="24"/>
        </w:rPr>
        <w:t xml:space="preserve">Personel Hareketliliği Anlaşması (…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7F432C">
        <w:rPr>
          <w:rFonts w:ascii="Times New Roman" w:hAnsi="Times New Roman" w:cs="Times New Roman"/>
          <w:sz w:val="24"/>
          <w:szCs w:val="24"/>
        </w:rPr>
        <w:t>ayfa)</w:t>
      </w:r>
    </w:p>
    <w:sectPr w:rsidR="007F432C" w:rsidRPr="007F432C" w:rsidSect="00E81EDA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EA25296"/>
    <w:multiLevelType w:val="hybridMultilevel"/>
    <w:tmpl w:val="061C9B3A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69459450">
    <w:abstractNumId w:val="8"/>
  </w:num>
  <w:num w:numId="2" w16cid:durableId="1652632196">
    <w:abstractNumId w:val="6"/>
  </w:num>
  <w:num w:numId="3" w16cid:durableId="1309286580">
    <w:abstractNumId w:val="5"/>
  </w:num>
  <w:num w:numId="4" w16cid:durableId="1676683345">
    <w:abstractNumId w:val="4"/>
  </w:num>
  <w:num w:numId="5" w16cid:durableId="499319046">
    <w:abstractNumId w:val="7"/>
  </w:num>
  <w:num w:numId="6" w16cid:durableId="1689865628">
    <w:abstractNumId w:val="3"/>
  </w:num>
  <w:num w:numId="7" w16cid:durableId="1149903392">
    <w:abstractNumId w:val="2"/>
  </w:num>
  <w:num w:numId="8" w16cid:durableId="844057793">
    <w:abstractNumId w:val="1"/>
  </w:num>
  <w:num w:numId="9" w16cid:durableId="262231080">
    <w:abstractNumId w:val="0"/>
  </w:num>
  <w:num w:numId="10" w16cid:durableId="65642527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7B18"/>
    <w:rsid w:val="00034616"/>
    <w:rsid w:val="0006063C"/>
    <w:rsid w:val="000674C1"/>
    <w:rsid w:val="0015074B"/>
    <w:rsid w:val="001508CF"/>
    <w:rsid w:val="00174A16"/>
    <w:rsid w:val="0020376B"/>
    <w:rsid w:val="00282ED4"/>
    <w:rsid w:val="0029639D"/>
    <w:rsid w:val="00326F90"/>
    <w:rsid w:val="0035439E"/>
    <w:rsid w:val="003B1413"/>
    <w:rsid w:val="003F0622"/>
    <w:rsid w:val="0044795C"/>
    <w:rsid w:val="00547C97"/>
    <w:rsid w:val="005E2F7D"/>
    <w:rsid w:val="007F432C"/>
    <w:rsid w:val="008F6072"/>
    <w:rsid w:val="009B07CA"/>
    <w:rsid w:val="009E760A"/>
    <w:rsid w:val="00A0648C"/>
    <w:rsid w:val="00A15000"/>
    <w:rsid w:val="00A16B27"/>
    <w:rsid w:val="00A91A44"/>
    <w:rsid w:val="00AA1D8D"/>
    <w:rsid w:val="00AF5A1E"/>
    <w:rsid w:val="00B47730"/>
    <w:rsid w:val="00BC1DFB"/>
    <w:rsid w:val="00C9496B"/>
    <w:rsid w:val="00CB0664"/>
    <w:rsid w:val="00CB1F7E"/>
    <w:rsid w:val="00D12AE4"/>
    <w:rsid w:val="00D77541"/>
    <w:rsid w:val="00DB2D18"/>
    <w:rsid w:val="00DE72EA"/>
    <w:rsid w:val="00E81EDA"/>
    <w:rsid w:val="00EE18B7"/>
    <w:rsid w:val="00F952E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B3DBA7"/>
  <w14:defaultImageDpi w14:val="300"/>
  <w15:docId w15:val="{DF52C52C-4CAB-4423-91E5-E9C07092F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/>
      <w:lang w:val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963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Savaş Beyter</cp:lastModifiedBy>
  <cp:revision>16</cp:revision>
  <dcterms:created xsi:type="dcterms:W3CDTF">2026-04-19T12:57:00Z</dcterms:created>
  <dcterms:modified xsi:type="dcterms:W3CDTF">2026-05-03T19:47:00Z</dcterms:modified>
  <cp:category/>
</cp:coreProperties>
</file>