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text" w:horzAnchor="margin" w:tblpXSpec="center" w:tblpY="781"/>
        <w:tblW w:w="10173" w:type="dxa"/>
        <w:tblLook w:val="04A0" w:firstRow="1" w:lastRow="0" w:firstColumn="1" w:lastColumn="0" w:noHBand="0" w:noVBand="1"/>
      </w:tblPr>
      <w:tblGrid>
        <w:gridCol w:w="510"/>
        <w:gridCol w:w="1059"/>
        <w:gridCol w:w="1672"/>
        <w:gridCol w:w="1096"/>
        <w:gridCol w:w="2246"/>
        <w:gridCol w:w="817"/>
        <w:gridCol w:w="1256"/>
        <w:gridCol w:w="1517"/>
      </w:tblGrid>
      <w:tr w:rsidR="009D1DE0" w:rsidRPr="0007111A" w14:paraId="4980E6D6" w14:textId="77777777" w:rsidTr="00287E26">
        <w:tc>
          <w:tcPr>
            <w:tcW w:w="510" w:type="dxa"/>
          </w:tcPr>
          <w:p w14:paraId="58B0559E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No</w:t>
            </w:r>
          </w:p>
        </w:tc>
        <w:tc>
          <w:tcPr>
            <w:tcW w:w="1059" w:type="dxa"/>
          </w:tcPr>
          <w:p w14:paraId="7FD17DD0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Ders Kodu</w:t>
            </w:r>
          </w:p>
        </w:tc>
        <w:tc>
          <w:tcPr>
            <w:tcW w:w="1672" w:type="dxa"/>
          </w:tcPr>
          <w:p w14:paraId="22D49897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Ders Adı</w:t>
            </w:r>
          </w:p>
        </w:tc>
        <w:tc>
          <w:tcPr>
            <w:tcW w:w="1096" w:type="dxa"/>
          </w:tcPr>
          <w:p w14:paraId="50EE8E6E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Sınav Şekli</w:t>
            </w:r>
          </w:p>
        </w:tc>
        <w:tc>
          <w:tcPr>
            <w:tcW w:w="2246" w:type="dxa"/>
          </w:tcPr>
          <w:p w14:paraId="6ADAE6ED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Öğretim Elemanı</w:t>
            </w:r>
          </w:p>
        </w:tc>
        <w:tc>
          <w:tcPr>
            <w:tcW w:w="817" w:type="dxa"/>
          </w:tcPr>
          <w:p w14:paraId="6ADA118C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Şube Sayısı</w:t>
            </w:r>
          </w:p>
        </w:tc>
        <w:tc>
          <w:tcPr>
            <w:tcW w:w="1256" w:type="dxa"/>
          </w:tcPr>
          <w:p w14:paraId="4AE02703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Gözetmen</w:t>
            </w:r>
          </w:p>
        </w:tc>
        <w:tc>
          <w:tcPr>
            <w:tcW w:w="1517" w:type="dxa"/>
          </w:tcPr>
          <w:p w14:paraId="1445815F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Sınav Tarihi ve Saati</w:t>
            </w:r>
          </w:p>
        </w:tc>
      </w:tr>
      <w:tr w:rsidR="009D1DE0" w:rsidRPr="0007111A" w14:paraId="36B7C000" w14:textId="77777777" w:rsidTr="00287E26">
        <w:trPr>
          <w:trHeight w:val="1419"/>
        </w:trPr>
        <w:tc>
          <w:tcPr>
            <w:tcW w:w="510" w:type="dxa"/>
          </w:tcPr>
          <w:p w14:paraId="71248AF6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14:paraId="21F3FCCD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672" w:type="dxa"/>
          </w:tcPr>
          <w:p w14:paraId="2835FAA6" w14:textId="6B8CD49B" w:rsidR="008F173C" w:rsidRPr="009D1DE0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D1DE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Listening and Speaking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Skills</w:t>
            </w:r>
          </w:p>
        </w:tc>
        <w:tc>
          <w:tcPr>
            <w:tcW w:w="1096" w:type="dxa"/>
          </w:tcPr>
          <w:p w14:paraId="39DD724B" w14:textId="688A8C9A" w:rsidR="008F173C" w:rsidRPr="009D1DE0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D1DE0"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46" w:type="dxa"/>
          </w:tcPr>
          <w:p w14:paraId="7F7685BA" w14:textId="06E21B3C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Öğr.Gör.Murat GÖZÜBÜYÜK</w:t>
            </w:r>
          </w:p>
        </w:tc>
        <w:tc>
          <w:tcPr>
            <w:tcW w:w="817" w:type="dxa"/>
          </w:tcPr>
          <w:p w14:paraId="00F532A6" w14:textId="71A8CEC8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59A4CA5E" w14:textId="0E53293A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517" w:type="dxa"/>
          </w:tcPr>
          <w:p w14:paraId="099C0C7C" w14:textId="77777777" w:rsid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14.10.2025 </w:t>
            </w:r>
          </w:p>
          <w:p w14:paraId="21F45D9B" w14:textId="64DAB876" w:rsidR="009D1DE0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9.00-12.00</w:t>
            </w:r>
          </w:p>
        </w:tc>
      </w:tr>
      <w:tr w:rsidR="009D1DE0" w:rsidRPr="0007111A" w14:paraId="58EAE563" w14:textId="77777777" w:rsidTr="00287E26">
        <w:trPr>
          <w:trHeight w:val="1396"/>
        </w:trPr>
        <w:tc>
          <w:tcPr>
            <w:tcW w:w="510" w:type="dxa"/>
          </w:tcPr>
          <w:p w14:paraId="424D9EC9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14:paraId="36D1563E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672" w:type="dxa"/>
          </w:tcPr>
          <w:p w14:paraId="17E65E78" w14:textId="2E9F1EB0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Movie Analysis</w:t>
            </w:r>
          </w:p>
        </w:tc>
        <w:tc>
          <w:tcPr>
            <w:tcW w:w="1096" w:type="dxa"/>
          </w:tcPr>
          <w:p w14:paraId="7BC2E22E" w14:textId="3F4CE8E1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46" w:type="dxa"/>
          </w:tcPr>
          <w:p w14:paraId="7E6BEE93" w14:textId="27A1F2E5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Öğr.Gör.Fırat KESKİN</w:t>
            </w:r>
          </w:p>
        </w:tc>
        <w:tc>
          <w:tcPr>
            <w:tcW w:w="817" w:type="dxa"/>
          </w:tcPr>
          <w:p w14:paraId="0DAC84F3" w14:textId="0AEFF663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2E752862" w14:textId="32CBFA79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517" w:type="dxa"/>
          </w:tcPr>
          <w:p w14:paraId="2D16EFF9" w14:textId="77777777" w:rsid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  <w:t>14.10.2025</w:t>
            </w:r>
          </w:p>
          <w:p w14:paraId="5F9B03BA" w14:textId="2D91DCAE" w:rsidR="009D1DE0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  <w:t>13.00-15.00</w:t>
            </w:r>
          </w:p>
        </w:tc>
      </w:tr>
      <w:tr w:rsidR="009D1DE0" w:rsidRPr="0007111A" w14:paraId="612F150F" w14:textId="77777777" w:rsidTr="00287E26">
        <w:trPr>
          <w:trHeight w:val="1557"/>
        </w:trPr>
        <w:tc>
          <w:tcPr>
            <w:tcW w:w="510" w:type="dxa"/>
          </w:tcPr>
          <w:p w14:paraId="466EF99B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14:paraId="2A6A85B4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672" w:type="dxa"/>
          </w:tcPr>
          <w:p w14:paraId="53980E6D" w14:textId="4236B284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Reading Skills</w:t>
            </w:r>
          </w:p>
        </w:tc>
        <w:tc>
          <w:tcPr>
            <w:tcW w:w="1096" w:type="dxa"/>
          </w:tcPr>
          <w:p w14:paraId="0B6E42BE" w14:textId="36E1BB30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46" w:type="dxa"/>
          </w:tcPr>
          <w:p w14:paraId="20033004" w14:textId="594050CA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Öğr.Gör.Abdullah YOLDAŞ</w:t>
            </w:r>
          </w:p>
        </w:tc>
        <w:tc>
          <w:tcPr>
            <w:tcW w:w="817" w:type="dxa"/>
          </w:tcPr>
          <w:p w14:paraId="3555DDC0" w14:textId="13684780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3A28CF7D" w14:textId="228BC57B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517" w:type="dxa"/>
          </w:tcPr>
          <w:p w14:paraId="549A8F19" w14:textId="77777777" w:rsid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  <w:t>15.10.2025</w:t>
            </w:r>
          </w:p>
          <w:p w14:paraId="4AACC5DA" w14:textId="4337CEF7" w:rsidR="009D1DE0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  <w:t>15.00-16.00</w:t>
            </w:r>
          </w:p>
        </w:tc>
      </w:tr>
      <w:tr w:rsidR="009D1DE0" w:rsidRPr="0007111A" w14:paraId="103D4FC8" w14:textId="77777777" w:rsidTr="00287E26">
        <w:trPr>
          <w:trHeight w:val="1122"/>
        </w:trPr>
        <w:tc>
          <w:tcPr>
            <w:tcW w:w="510" w:type="dxa"/>
          </w:tcPr>
          <w:p w14:paraId="6647CA9F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14:paraId="6B351E5C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672" w:type="dxa"/>
          </w:tcPr>
          <w:p w14:paraId="6FDA9F23" w14:textId="73B75F14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Main Course</w:t>
            </w:r>
          </w:p>
        </w:tc>
        <w:tc>
          <w:tcPr>
            <w:tcW w:w="1096" w:type="dxa"/>
          </w:tcPr>
          <w:p w14:paraId="3117FB53" w14:textId="50AD2C45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46" w:type="dxa"/>
          </w:tcPr>
          <w:p w14:paraId="00117181" w14:textId="508DFE48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Öğr.Gör.Buse BULUT</w:t>
            </w:r>
          </w:p>
        </w:tc>
        <w:tc>
          <w:tcPr>
            <w:tcW w:w="817" w:type="dxa"/>
          </w:tcPr>
          <w:p w14:paraId="383C06E1" w14:textId="7260ECC4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71E0B53C" w14:textId="0B680887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517" w:type="dxa"/>
          </w:tcPr>
          <w:p w14:paraId="53CADB24" w14:textId="77777777" w:rsid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16.10.2025</w:t>
            </w:r>
          </w:p>
          <w:p w14:paraId="5495C1EC" w14:textId="35170FC1" w:rsidR="009D1DE0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10.00-11.00</w:t>
            </w:r>
          </w:p>
        </w:tc>
      </w:tr>
      <w:tr w:rsidR="009D1DE0" w:rsidRPr="0007111A" w14:paraId="5AE5CA07" w14:textId="77777777" w:rsidTr="00287E26">
        <w:trPr>
          <w:trHeight w:val="1558"/>
        </w:trPr>
        <w:tc>
          <w:tcPr>
            <w:tcW w:w="510" w:type="dxa"/>
          </w:tcPr>
          <w:p w14:paraId="1B2A655B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14:paraId="447F024A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672" w:type="dxa"/>
          </w:tcPr>
          <w:p w14:paraId="5787AD7E" w14:textId="51029101" w:rsidR="008F173C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Artifical Intelligence</w:t>
            </w:r>
          </w:p>
        </w:tc>
        <w:tc>
          <w:tcPr>
            <w:tcW w:w="1096" w:type="dxa"/>
          </w:tcPr>
          <w:p w14:paraId="0B17A819" w14:textId="1D0251E2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46" w:type="dxa"/>
          </w:tcPr>
          <w:p w14:paraId="25987B16" w14:textId="08B22C21" w:rsidR="008F173C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Öğr.Gör.Buse BULUT</w:t>
            </w:r>
          </w:p>
        </w:tc>
        <w:tc>
          <w:tcPr>
            <w:tcW w:w="817" w:type="dxa"/>
          </w:tcPr>
          <w:p w14:paraId="65B6B0B7" w14:textId="3653A776" w:rsidR="008F173C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2CA63F63" w14:textId="424C198E" w:rsidR="008F173C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517" w:type="dxa"/>
          </w:tcPr>
          <w:p w14:paraId="1A3567DD" w14:textId="77777777" w:rsid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16.10.2025</w:t>
            </w:r>
          </w:p>
          <w:p w14:paraId="00DA89D1" w14:textId="13173D92" w:rsidR="004D48E2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11.00-12.00</w:t>
            </w:r>
          </w:p>
        </w:tc>
      </w:tr>
      <w:tr w:rsidR="009D1DE0" w:rsidRPr="0007111A" w14:paraId="183FABD4" w14:textId="77777777" w:rsidTr="00287E26">
        <w:trPr>
          <w:trHeight w:val="1538"/>
        </w:trPr>
        <w:tc>
          <w:tcPr>
            <w:tcW w:w="510" w:type="dxa"/>
          </w:tcPr>
          <w:p w14:paraId="3C8443BD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059" w:type="dxa"/>
          </w:tcPr>
          <w:p w14:paraId="39277CC2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672" w:type="dxa"/>
          </w:tcPr>
          <w:p w14:paraId="3AE9E2D0" w14:textId="70AB7027" w:rsidR="008F173C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Writing Skills</w:t>
            </w:r>
          </w:p>
        </w:tc>
        <w:tc>
          <w:tcPr>
            <w:tcW w:w="1096" w:type="dxa"/>
          </w:tcPr>
          <w:p w14:paraId="39AF1237" w14:textId="385B4D37" w:rsidR="008F173C" w:rsidRPr="008F173C" w:rsidRDefault="009D1DE0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46" w:type="dxa"/>
          </w:tcPr>
          <w:p w14:paraId="0C5A9ADB" w14:textId="45E0FCF9" w:rsidR="008F173C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Öğr.Gör.Elif Beyza TÜRKMENOĞLU</w:t>
            </w:r>
          </w:p>
        </w:tc>
        <w:tc>
          <w:tcPr>
            <w:tcW w:w="817" w:type="dxa"/>
          </w:tcPr>
          <w:p w14:paraId="0AF372FE" w14:textId="6355C8A7" w:rsidR="008F173C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388F2CED" w14:textId="35F1ECEA" w:rsidR="008F173C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517" w:type="dxa"/>
          </w:tcPr>
          <w:p w14:paraId="12C2921A" w14:textId="77777777" w:rsid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13.10.2025</w:t>
            </w:r>
          </w:p>
          <w:p w14:paraId="67BB51D8" w14:textId="2339689C" w:rsidR="004D48E2" w:rsidRPr="008F173C" w:rsidRDefault="004D48E2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13.00-15.00</w:t>
            </w:r>
          </w:p>
        </w:tc>
      </w:tr>
    </w:tbl>
    <w:p w14:paraId="1F878306" w14:textId="129FABBD" w:rsidR="006515B4" w:rsidRDefault="009D1DE0" w:rsidP="009D1DE0">
      <w:pPr>
        <w:pStyle w:val="Balk1"/>
        <w:jc w:val="center"/>
      </w:pPr>
      <w:r>
        <w:t xml:space="preserve">Hakkari Üniversitesi Yabancı Diller Yüksekokulu İngilizce Zorunlu  </w:t>
      </w:r>
      <w:r w:rsidR="008F173C">
        <w:t>Hazırlık Ara Sınav I Sınav</w:t>
      </w:r>
      <w:r w:rsidR="00501689">
        <w:t xml:space="preserve"> Programı</w:t>
      </w:r>
    </w:p>
    <w:p w14:paraId="2CBA4DA7" w14:textId="77777777" w:rsidR="00501689" w:rsidRDefault="00501689"/>
    <w:sectPr w:rsidR="0050168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25F226D"/>
    <w:multiLevelType w:val="hybridMultilevel"/>
    <w:tmpl w:val="97D44EBE"/>
    <w:lvl w:ilvl="0" w:tplc="F092A86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248025">
    <w:abstractNumId w:val="8"/>
  </w:num>
  <w:num w:numId="2" w16cid:durableId="245842346">
    <w:abstractNumId w:val="6"/>
  </w:num>
  <w:num w:numId="3" w16cid:durableId="1016537405">
    <w:abstractNumId w:val="5"/>
  </w:num>
  <w:num w:numId="4" w16cid:durableId="1430616597">
    <w:abstractNumId w:val="4"/>
  </w:num>
  <w:num w:numId="5" w16cid:durableId="90904849">
    <w:abstractNumId w:val="7"/>
  </w:num>
  <w:num w:numId="6" w16cid:durableId="1229414669">
    <w:abstractNumId w:val="3"/>
  </w:num>
  <w:num w:numId="7" w16cid:durableId="323355997">
    <w:abstractNumId w:val="2"/>
  </w:num>
  <w:num w:numId="8" w16cid:durableId="335769011">
    <w:abstractNumId w:val="1"/>
  </w:num>
  <w:num w:numId="9" w16cid:durableId="2070111579">
    <w:abstractNumId w:val="0"/>
  </w:num>
  <w:num w:numId="10" w16cid:durableId="3953973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7106"/>
    <w:rsid w:val="0006063C"/>
    <w:rsid w:val="0007111A"/>
    <w:rsid w:val="00147897"/>
    <w:rsid w:val="0015074B"/>
    <w:rsid w:val="001F3057"/>
    <w:rsid w:val="00237289"/>
    <w:rsid w:val="00287E26"/>
    <w:rsid w:val="0029639D"/>
    <w:rsid w:val="002D552C"/>
    <w:rsid w:val="00326F90"/>
    <w:rsid w:val="003569D4"/>
    <w:rsid w:val="00363322"/>
    <w:rsid w:val="004D48E2"/>
    <w:rsid w:val="00501689"/>
    <w:rsid w:val="006515B4"/>
    <w:rsid w:val="006A4473"/>
    <w:rsid w:val="007378CD"/>
    <w:rsid w:val="00755DD8"/>
    <w:rsid w:val="007814B0"/>
    <w:rsid w:val="008F173C"/>
    <w:rsid w:val="00985466"/>
    <w:rsid w:val="009D1DE0"/>
    <w:rsid w:val="00AA1D8D"/>
    <w:rsid w:val="00B257DC"/>
    <w:rsid w:val="00B4696C"/>
    <w:rsid w:val="00B47730"/>
    <w:rsid w:val="00C8113A"/>
    <w:rsid w:val="00CB0664"/>
    <w:rsid w:val="00D31AC4"/>
    <w:rsid w:val="00E7484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0F4AA9"/>
  <w14:defaultImageDpi w14:val="300"/>
  <w15:docId w15:val="{B953A264-34F0-4730-B7F7-353DD978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F1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17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3E8C6B7-D3A5-49A2-AA32-4169E3233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Beyza</cp:lastModifiedBy>
  <cp:revision>7</cp:revision>
  <cp:lastPrinted>2025-10-09T12:17:00Z</cp:lastPrinted>
  <dcterms:created xsi:type="dcterms:W3CDTF">2025-10-09T12:19:00Z</dcterms:created>
  <dcterms:modified xsi:type="dcterms:W3CDTF">2025-10-10T08:08:00Z</dcterms:modified>
  <cp:category/>
</cp:coreProperties>
</file>